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color w:val="4F81BD" w:themeColor="accent1"/>
        </w:rPr>
        <w:id w:val="-820582667"/>
        <w:docPartObj>
          <w:docPartGallery w:val="Cover Pages"/>
          <w:docPartUnique/>
        </w:docPartObj>
      </w:sdtPr>
      <w:sdtEndPr>
        <w:rPr>
          <w:rFonts w:ascii="Times New Roman" w:hAnsi="Times New Roman" w:cs="Times New Roman"/>
          <w:i/>
          <w:color w:val="auto"/>
          <w:sz w:val="28"/>
          <w:szCs w:val="28"/>
          <w:lang w:val="es-ES"/>
        </w:rPr>
      </w:sdtEndPr>
      <w:sdtContent>
        <w:p w14:paraId="3EE1CCFC" w14:textId="384C8CE1" w:rsidR="008F17FE" w:rsidRDefault="008F17FE">
          <w:pPr>
            <w:pStyle w:val="NoSpacing"/>
            <w:spacing w:before="1540" w:after="240"/>
            <w:jc w:val="center"/>
            <w:rPr>
              <w:color w:val="4F81BD" w:themeColor="accent1"/>
            </w:rPr>
          </w:pPr>
          <w:r>
            <w:rPr>
              <w:noProof/>
              <w:color w:val="4F81BD" w:themeColor="accent1"/>
            </w:rPr>
            <w:drawing>
              <wp:anchor distT="0" distB="0" distL="114300" distR="114300" simplePos="0" relativeHeight="251660288" behindDoc="0" locked="0" layoutInCell="1" allowOverlap="1" wp14:anchorId="6BC56748" wp14:editId="11809631">
                <wp:simplePos x="0" y="0"/>
                <wp:positionH relativeFrom="column">
                  <wp:posOffset>-914400</wp:posOffset>
                </wp:positionH>
                <wp:positionV relativeFrom="paragraph">
                  <wp:posOffset>-685800</wp:posOffset>
                </wp:positionV>
                <wp:extent cx="7804150" cy="10105374"/>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tretch>
                          <a:fillRect/>
                        </a:stretch>
                      </pic:blipFill>
                      <pic:spPr>
                        <a:xfrm>
                          <a:off x="0" y="0"/>
                          <a:ext cx="7815488" cy="10120056"/>
                        </a:xfrm>
                        <a:prstGeom prst="rect">
                          <a:avLst/>
                        </a:prstGeom>
                      </pic:spPr>
                    </pic:pic>
                  </a:graphicData>
                </a:graphic>
                <wp14:sizeRelH relativeFrom="margin">
                  <wp14:pctWidth>0</wp14:pctWidth>
                </wp14:sizeRelH>
                <wp14:sizeRelV relativeFrom="margin">
                  <wp14:pctHeight>0</wp14:pctHeight>
                </wp14:sizeRelV>
              </wp:anchor>
            </w:drawing>
          </w:r>
          <w:r>
            <w:rPr>
              <w:noProof/>
              <w:color w:val="4F81BD" w:themeColor="accent1"/>
            </w:rPr>
            <w:drawing>
              <wp:inline distT="0" distB="0" distL="0" distR="0" wp14:anchorId="3F969E97" wp14:editId="104ED7B5">
                <wp:extent cx="1417320" cy="750898"/>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9"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asciiTheme="majorHAnsi" w:eastAsiaTheme="majorEastAsia" w:hAnsiTheme="majorHAnsi" w:cstheme="majorBidi"/>
              <w:caps/>
              <w:color w:val="4F81BD" w:themeColor="accent1"/>
              <w:sz w:val="72"/>
              <w:szCs w:val="72"/>
              <w:lang w:val="es-ES"/>
            </w:rPr>
            <w:alias w:val="Title"/>
            <w:tag w:val=""/>
            <w:id w:val="1735040861"/>
            <w:placeholder>
              <w:docPart w:val="DACF4FC4A331491B9262A2ADACB0FEA2"/>
            </w:placeholder>
            <w:dataBinding w:prefixMappings="xmlns:ns0='http://purl.org/dc/elements/1.1/' xmlns:ns1='http://schemas.openxmlformats.org/package/2006/metadata/core-properties' " w:xpath="/ns1:coreProperties[1]/ns0:title[1]" w:storeItemID="{6C3C8BC8-F283-45AE-878A-BAB7291924A1}"/>
            <w:text/>
          </w:sdtPr>
          <w:sdtEndPr>
            <w:rPr>
              <w:sz w:val="80"/>
              <w:szCs w:val="80"/>
            </w:rPr>
          </w:sdtEndPr>
          <w:sdtContent>
            <w:p w14:paraId="7781C3CC" w14:textId="65304EBC" w:rsidR="008F17FE" w:rsidRPr="008F17FE" w:rsidRDefault="008F17FE">
              <w:pPr>
                <w:pStyle w:val="NoSpacing"/>
                <w:pBdr>
                  <w:top w:val="single" w:sz="6" w:space="6" w:color="4F81BD" w:themeColor="accent1"/>
                  <w:bottom w:val="single" w:sz="6" w:space="6" w:color="4F81BD" w:themeColor="accent1"/>
                </w:pBdr>
                <w:spacing w:after="240"/>
                <w:jc w:val="center"/>
                <w:rPr>
                  <w:rFonts w:asciiTheme="majorHAnsi" w:eastAsiaTheme="majorEastAsia" w:hAnsiTheme="majorHAnsi" w:cstheme="majorBidi"/>
                  <w:caps/>
                  <w:color w:val="4F81BD" w:themeColor="accent1"/>
                  <w:sz w:val="80"/>
                  <w:szCs w:val="80"/>
                  <w:lang w:val="es-ES"/>
                </w:rPr>
              </w:pPr>
              <w:r w:rsidRPr="008F17FE">
                <w:rPr>
                  <w:rFonts w:asciiTheme="majorHAnsi" w:eastAsiaTheme="majorEastAsia" w:hAnsiTheme="majorHAnsi" w:cstheme="majorBidi"/>
                  <w:caps/>
                  <w:color w:val="4F81BD" w:themeColor="accent1"/>
                  <w:sz w:val="72"/>
                  <w:szCs w:val="72"/>
                  <w:lang w:val="es-ES"/>
                </w:rPr>
                <w:t>Modèle d’article scientifique — SCIENTIA-VAN</w:t>
              </w:r>
            </w:p>
          </w:sdtContent>
        </w:sdt>
        <w:sdt>
          <w:sdtPr>
            <w:rPr>
              <w:color w:val="4F81BD" w:themeColor="accent1"/>
              <w:sz w:val="28"/>
              <w:szCs w:val="28"/>
              <w:lang w:val="es-ES"/>
            </w:rPr>
            <w:alias w:val="Subtitle"/>
            <w:tag w:val=""/>
            <w:id w:val="328029620"/>
            <w:placeholder>
              <w:docPart w:val="1C33453DBFDE4DDAB5F6D1D2C7DA1EAD"/>
            </w:placeholder>
            <w:dataBinding w:prefixMappings="xmlns:ns0='http://purl.org/dc/elements/1.1/' xmlns:ns1='http://schemas.openxmlformats.org/package/2006/metadata/core-properties' " w:xpath="/ns1:coreProperties[1]/ns0:subject[1]" w:storeItemID="{6C3C8BC8-F283-45AE-878A-BAB7291924A1}"/>
            <w:text/>
          </w:sdtPr>
          <w:sdtContent>
            <w:p w14:paraId="48416AA9" w14:textId="356F2844" w:rsidR="008F17FE" w:rsidRPr="008F17FE" w:rsidRDefault="008F17FE">
              <w:pPr>
                <w:pStyle w:val="NoSpacing"/>
                <w:jc w:val="center"/>
                <w:rPr>
                  <w:color w:val="4F81BD" w:themeColor="accent1"/>
                  <w:sz w:val="28"/>
                  <w:szCs w:val="28"/>
                  <w:lang w:val="es-ES"/>
                </w:rPr>
              </w:pPr>
              <w:proofErr w:type="spellStart"/>
              <w:r w:rsidRPr="008F17FE">
                <w:rPr>
                  <w:color w:val="4F81BD" w:themeColor="accent1"/>
                  <w:sz w:val="28"/>
                  <w:szCs w:val="28"/>
                  <w:lang w:val="es-ES"/>
                </w:rPr>
                <w:t>Revue</w:t>
              </w:r>
              <w:proofErr w:type="spellEnd"/>
              <w:r w:rsidRPr="008F17FE">
                <w:rPr>
                  <w:color w:val="4F81BD" w:themeColor="accent1"/>
                  <w:sz w:val="28"/>
                  <w:szCs w:val="28"/>
                  <w:lang w:val="es-ES"/>
                </w:rPr>
                <w:t xml:space="preserve"> </w:t>
              </w:r>
              <w:proofErr w:type="spellStart"/>
              <w:r w:rsidRPr="008F17FE">
                <w:rPr>
                  <w:color w:val="4F81BD" w:themeColor="accent1"/>
                  <w:sz w:val="28"/>
                  <w:szCs w:val="28"/>
                  <w:lang w:val="es-ES"/>
                </w:rPr>
                <w:t>Internationale</w:t>
              </w:r>
              <w:proofErr w:type="spellEnd"/>
              <w:r w:rsidRPr="008F17FE">
                <w:rPr>
                  <w:color w:val="4F81BD" w:themeColor="accent1"/>
                  <w:sz w:val="28"/>
                  <w:szCs w:val="28"/>
                  <w:lang w:val="es-ES"/>
                </w:rPr>
                <w:t xml:space="preserve"> des </w:t>
              </w:r>
              <w:proofErr w:type="spellStart"/>
              <w:r w:rsidRPr="008F17FE">
                <w:rPr>
                  <w:color w:val="4F81BD" w:themeColor="accent1"/>
                  <w:sz w:val="28"/>
                  <w:szCs w:val="28"/>
                  <w:lang w:val="es-ES"/>
                </w:rPr>
                <w:t>Sciences</w:t>
              </w:r>
              <w:proofErr w:type="spellEnd"/>
              <w:r w:rsidRPr="008F17FE">
                <w:rPr>
                  <w:color w:val="4F81BD" w:themeColor="accent1"/>
                  <w:sz w:val="28"/>
                  <w:szCs w:val="28"/>
                  <w:lang w:val="es-ES"/>
                </w:rPr>
                <w:t xml:space="preserve"> et de la </w:t>
              </w:r>
              <w:proofErr w:type="spellStart"/>
              <w:r w:rsidRPr="008F17FE">
                <w:rPr>
                  <w:color w:val="4F81BD" w:themeColor="accent1"/>
                  <w:sz w:val="28"/>
                  <w:szCs w:val="28"/>
                  <w:lang w:val="es-ES"/>
                </w:rPr>
                <w:t>Recherche</w:t>
              </w:r>
              <w:proofErr w:type="spellEnd"/>
            </w:p>
          </w:sdtContent>
        </w:sdt>
        <w:p w14:paraId="10A5B17C" w14:textId="77777777" w:rsidR="008F17FE" w:rsidRDefault="008F17FE">
          <w:pPr>
            <w:pStyle w:val="NoSpacing"/>
            <w:spacing w:before="480"/>
            <w:jc w:val="center"/>
            <w:rPr>
              <w:color w:val="4F81BD" w:themeColor="accent1"/>
            </w:rPr>
          </w:pPr>
          <w:r>
            <w:rPr>
              <w:noProof/>
              <w:color w:val="4F81BD" w:themeColor="accent1"/>
            </w:rPr>
            <mc:AlternateContent>
              <mc:Choice Requires="wps">
                <w:drawing>
                  <wp:anchor distT="0" distB="0" distL="114300" distR="114300" simplePos="0" relativeHeight="251659264" behindDoc="0" locked="0" layoutInCell="1" allowOverlap="1" wp14:anchorId="3BB5EDDB" wp14:editId="4D72BFC0">
                    <wp:simplePos x="0" y="0"/>
                    <wp:positionH relativeFrom="margin">
                      <wp:align>center</wp:align>
                    </wp:positionH>
                    <mc:AlternateContent>
                      <mc:Choice Requires="wp14">
                        <wp:positionV relativeFrom="page">
                          <wp14:pctPosVOffset>85000</wp14:pctPosVOffset>
                        </wp:positionV>
                      </mc:Choice>
                      <mc:Fallback>
                        <wp:positionV relativeFrom="page">
                          <wp:posOffset>8549640</wp:posOffset>
                        </wp:positionV>
                      </mc:Fallback>
                    </mc:AlternateContent>
                    <wp:extent cx="6553200" cy="557784"/>
                    <wp:effectExtent l="0" t="0" r="0" b="12700"/>
                    <wp:wrapNone/>
                    <wp:docPr id="142" name="Text Box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4F81BD" w:themeColor="accent1"/>
                                    <w:sz w:val="28"/>
                                    <w:szCs w:val="28"/>
                                  </w:rPr>
                                  <w:alias w:val="Date"/>
                                  <w:tag w:val=""/>
                                  <w:id w:val="197127006"/>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Content>
                                  <w:p w14:paraId="34895E5A" w14:textId="77777777" w:rsidR="008F17FE" w:rsidRDefault="008F17FE">
                                    <w:pPr>
                                      <w:pStyle w:val="NoSpacing"/>
                                      <w:spacing w:after="40"/>
                                      <w:jc w:val="center"/>
                                      <w:rPr>
                                        <w:caps/>
                                        <w:color w:val="4F81BD" w:themeColor="accent1"/>
                                        <w:sz w:val="28"/>
                                        <w:szCs w:val="28"/>
                                      </w:rPr>
                                    </w:pPr>
                                    <w:r>
                                      <w:rPr>
                                        <w:caps/>
                                        <w:color w:val="4F81BD" w:themeColor="accent1"/>
                                        <w:sz w:val="28"/>
                                        <w:szCs w:val="28"/>
                                      </w:rPr>
                                      <w:t>[Date]</w:t>
                                    </w:r>
                                  </w:p>
                                </w:sdtContent>
                              </w:sdt>
                              <w:p w14:paraId="14F574AB" w14:textId="77777777" w:rsidR="008F17FE" w:rsidRDefault="008F17FE">
                                <w:pPr>
                                  <w:pStyle w:val="NoSpacing"/>
                                  <w:jc w:val="center"/>
                                  <w:rPr>
                                    <w:color w:val="4F81BD" w:themeColor="accent1"/>
                                  </w:rPr>
                                </w:pPr>
                                <w:sdt>
                                  <w:sdtPr>
                                    <w:rPr>
                                      <w:caps/>
                                      <w:color w:val="4F81BD" w:themeColor="accent1"/>
                                    </w:rPr>
                                    <w:alias w:val="Company"/>
                                    <w:tag w:val=""/>
                                    <w:id w:val="1390145197"/>
                                    <w:showingPlcHdr/>
                                    <w:dataBinding w:prefixMappings="xmlns:ns0='http://schemas.openxmlformats.org/officeDocument/2006/extended-properties' " w:xpath="/ns0:Properties[1]/ns0:Company[1]" w:storeItemID="{6668398D-A668-4E3E-A5EB-62B293D839F1}"/>
                                    <w:text/>
                                  </w:sdtPr>
                                  <w:sdtContent>
                                    <w:r>
                                      <w:rPr>
                                        <w:caps/>
                                        <w:color w:val="4F81BD" w:themeColor="accent1"/>
                                      </w:rPr>
                                      <w:t>[Company name]</w:t>
                                    </w:r>
                                  </w:sdtContent>
                                </w:sdt>
                              </w:p>
                              <w:p w14:paraId="27899306" w14:textId="77777777" w:rsidR="008F17FE" w:rsidRDefault="008F17FE">
                                <w:pPr>
                                  <w:pStyle w:val="NoSpacing"/>
                                  <w:jc w:val="center"/>
                                  <w:rPr>
                                    <w:color w:val="4F81BD" w:themeColor="accent1"/>
                                  </w:rPr>
                                </w:pPr>
                                <w:sdt>
                                  <w:sdtPr>
                                    <w:rPr>
                                      <w:color w:val="4F81BD" w:themeColor="accent1"/>
                                    </w:rPr>
                                    <w:alias w:val="Address"/>
                                    <w:tag w:val=""/>
                                    <w:id w:val="-726379553"/>
                                    <w:showingPlcHdr/>
                                    <w:dataBinding w:prefixMappings="xmlns:ns0='http://schemas.microsoft.com/office/2006/coverPageProps' " w:xpath="/ns0:CoverPageProperties[1]/ns0:CompanyAddress[1]" w:storeItemID="{55AF091B-3C7A-41E3-B477-F2FDAA23CFDA}"/>
                                    <w:text/>
                                  </w:sdtPr>
                                  <w:sdtContent>
                                    <w:r>
                                      <w:rPr>
                                        <w:color w:val="4F81BD" w:themeColor="accent1"/>
                                      </w:rPr>
                                      <w:t>[Company address]</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3BB5EDDB" id="_x0000_t202" coordsize="21600,21600" o:spt="202" path="m,l,21600r21600,l21600,xe">
                    <v:stroke joinstyle="miter"/>
                    <v:path gradientshapeok="t" o:connecttype="rect"/>
                  </v:shapetype>
                  <v:shape id="Text Box 142" o:spid="_x0000_s1026" type="#_x0000_t202" style="position:absolute;left:0;text-align:left;margin-left:0;margin-top:0;width:516pt;height:43.9pt;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" filled="f" stroked="f" strokeweight=".5pt">
                    <v:textbox style="mso-fit-shape-to-text:t" inset="0,0,0,0">
                      <w:txbxContent>
                        <w:sdt>
                          <w:sdtPr>
                            <w:rPr>
                              <w:caps/>
                              <w:color w:val="4F81BD" w:themeColor="accent1"/>
                              <w:sz w:val="28"/>
                              <w:szCs w:val="28"/>
                            </w:rPr>
                            <w:alias w:val="Date"/>
                            <w:tag w:val=""/>
                            <w:id w:val="197127006"/>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Content>
                            <w:p w14:paraId="34895E5A" w14:textId="77777777" w:rsidR="008F17FE" w:rsidRDefault="008F17FE">
                              <w:pPr>
                                <w:pStyle w:val="NoSpacing"/>
                                <w:spacing w:after="40"/>
                                <w:jc w:val="center"/>
                                <w:rPr>
                                  <w:caps/>
                                  <w:color w:val="4F81BD" w:themeColor="accent1"/>
                                  <w:sz w:val="28"/>
                                  <w:szCs w:val="28"/>
                                </w:rPr>
                              </w:pPr>
                              <w:r>
                                <w:rPr>
                                  <w:caps/>
                                  <w:color w:val="4F81BD" w:themeColor="accent1"/>
                                  <w:sz w:val="28"/>
                                  <w:szCs w:val="28"/>
                                </w:rPr>
                                <w:t>[Date]</w:t>
                              </w:r>
                            </w:p>
                          </w:sdtContent>
                        </w:sdt>
                        <w:p w14:paraId="14F574AB" w14:textId="77777777" w:rsidR="008F17FE" w:rsidRDefault="008F17FE">
                          <w:pPr>
                            <w:pStyle w:val="NoSpacing"/>
                            <w:jc w:val="center"/>
                            <w:rPr>
                              <w:color w:val="4F81BD" w:themeColor="accent1"/>
                            </w:rPr>
                          </w:pPr>
                          <w:sdt>
                            <w:sdtPr>
                              <w:rPr>
                                <w:caps/>
                                <w:color w:val="4F81BD" w:themeColor="accent1"/>
                              </w:rPr>
                              <w:alias w:val="Company"/>
                              <w:tag w:val=""/>
                              <w:id w:val="1390145197"/>
                              <w:showingPlcHdr/>
                              <w:dataBinding w:prefixMappings="xmlns:ns0='http://schemas.openxmlformats.org/officeDocument/2006/extended-properties' " w:xpath="/ns0:Properties[1]/ns0:Company[1]" w:storeItemID="{6668398D-A668-4E3E-A5EB-62B293D839F1}"/>
                              <w:text/>
                            </w:sdtPr>
                            <w:sdtContent>
                              <w:r>
                                <w:rPr>
                                  <w:caps/>
                                  <w:color w:val="4F81BD" w:themeColor="accent1"/>
                                </w:rPr>
                                <w:t>[Company name]</w:t>
                              </w:r>
                            </w:sdtContent>
                          </w:sdt>
                        </w:p>
                        <w:p w14:paraId="27899306" w14:textId="77777777" w:rsidR="008F17FE" w:rsidRDefault="008F17FE">
                          <w:pPr>
                            <w:pStyle w:val="NoSpacing"/>
                            <w:jc w:val="center"/>
                            <w:rPr>
                              <w:color w:val="4F81BD" w:themeColor="accent1"/>
                            </w:rPr>
                          </w:pPr>
                          <w:sdt>
                            <w:sdtPr>
                              <w:rPr>
                                <w:color w:val="4F81BD" w:themeColor="accent1"/>
                              </w:rPr>
                              <w:alias w:val="Address"/>
                              <w:tag w:val=""/>
                              <w:id w:val="-726379553"/>
                              <w:showingPlcHdr/>
                              <w:dataBinding w:prefixMappings="xmlns:ns0='http://schemas.microsoft.com/office/2006/coverPageProps' " w:xpath="/ns0:CoverPageProperties[1]/ns0:CompanyAddress[1]" w:storeItemID="{55AF091B-3C7A-41E3-B477-F2FDAA23CFDA}"/>
                              <w:text/>
                            </w:sdtPr>
                            <w:sdtContent>
                              <w:r>
                                <w:rPr>
                                  <w:color w:val="4F81BD" w:themeColor="accent1"/>
                                </w:rPr>
                                <w:t>[Company address]</w:t>
                              </w:r>
                            </w:sdtContent>
                          </w:sdt>
                        </w:p>
                      </w:txbxContent>
                    </v:textbox>
                    <w10:wrap anchorx="margin" anchory="page"/>
                  </v:shape>
                </w:pict>
              </mc:Fallback>
            </mc:AlternateContent>
          </w:r>
          <w:r>
            <w:rPr>
              <w:noProof/>
              <w:color w:val="4F81BD" w:themeColor="accent1"/>
            </w:rPr>
            <w:drawing>
              <wp:inline distT="0" distB="0" distL="0" distR="0" wp14:anchorId="463316BF" wp14:editId="30FC69BD">
                <wp:extent cx="758952" cy="478932"/>
                <wp:effectExtent l="0" t="0" r="3175"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0"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14:paraId="291D2D2C" w14:textId="08C4EF83" w:rsidR="008F17FE" w:rsidRDefault="008F17FE">
          <w:pPr>
            <w:spacing w:after="200"/>
            <w:rPr>
              <w:rFonts w:ascii="Times New Roman" w:hAnsi="Times New Roman" w:cs="Times New Roman"/>
              <w:i/>
              <w:sz w:val="28"/>
              <w:szCs w:val="28"/>
              <w:lang w:val="es-ES"/>
            </w:rPr>
          </w:pPr>
          <w:r>
            <w:rPr>
              <w:rFonts w:ascii="Times New Roman" w:hAnsi="Times New Roman" w:cs="Times New Roman"/>
              <w:i/>
              <w:sz w:val="28"/>
              <w:szCs w:val="28"/>
              <w:lang w:val="es-ES"/>
            </w:rPr>
            <w:br w:type="page"/>
          </w:r>
        </w:p>
      </w:sdtContent>
    </w:sdt>
    <w:p w14:paraId="76DCF13B" w14:textId="01F4D85E" w:rsidR="00386F09" w:rsidRPr="00543AB2" w:rsidRDefault="00000000">
      <w:pPr>
        <w:spacing w:before="360" w:after="320"/>
        <w:jc w:val="center"/>
        <w:rPr>
          <w:lang w:val="es-ES"/>
        </w:rPr>
      </w:pPr>
      <w:r w:rsidRPr="00543AB2">
        <w:rPr>
          <w:b/>
          <w:color w:val="17365D"/>
          <w:sz w:val="30"/>
          <w:lang w:val="es-ES"/>
        </w:rPr>
        <w:lastRenderedPageBreak/>
        <w:t>DÉCLARATION D’ACCEPTATION DE L’AUTEUR / DES AUTEURS</w:t>
      </w:r>
    </w:p>
    <w:p w14:paraId="151F55E1" w14:textId="77777777" w:rsidR="00386F09" w:rsidRPr="00543AB2" w:rsidRDefault="00000000">
      <w:pPr>
        <w:jc w:val="both"/>
        <w:rPr>
          <w:rFonts w:ascii="Times New Roman" w:hAnsi="Times New Roman" w:cs="Times New Roman"/>
          <w:sz w:val="28"/>
          <w:szCs w:val="28"/>
          <w:lang w:val="es-ES"/>
        </w:rPr>
      </w:pPr>
      <w:r w:rsidRPr="00543AB2">
        <w:rPr>
          <w:rFonts w:ascii="Times New Roman" w:hAnsi="Times New Roman" w:cs="Times New Roman"/>
          <w:sz w:val="28"/>
          <w:szCs w:val="28"/>
          <w:lang w:val="es-ES"/>
        </w:rPr>
        <w:t xml:space="preserve">Madame, Monsieur le/la </w:t>
      </w:r>
      <w:proofErr w:type="spellStart"/>
      <w:r w:rsidRPr="00543AB2">
        <w:rPr>
          <w:rFonts w:ascii="Times New Roman" w:hAnsi="Times New Roman" w:cs="Times New Roman"/>
          <w:sz w:val="28"/>
          <w:szCs w:val="28"/>
          <w:lang w:val="es-ES"/>
        </w:rPr>
        <w:t>Rédacteur</w:t>
      </w:r>
      <w:proofErr w:type="spellEnd"/>
      <w:r w:rsidRPr="00543AB2">
        <w:rPr>
          <w:rFonts w:ascii="Times New Roman" w:hAnsi="Times New Roman" w:cs="Times New Roman"/>
          <w:sz w:val="28"/>
          <w:szCs w:val="28"/>
          <w:lang w:val="es-ES"/>
        </w:rPr>
        <w:t>(trice) en chef,</w:t>
      </w:r>
    </w:p>
    <w:p w14:paraId="6E2E4C83" w14:textId="77777777" w:rsidR="00386F09" w:rsidRPr="00543AB2" w:rsidRDefault="00000000">
      <w:pPr>
        <w:jc w:val="both"/>
        <w:rPr>
          <w:rFonts w:ascii="Times New Roman" w:hAnsi="Times New Roman" w:cs="Times New Roman"/>
          <w:sz w:val="28"/>
          <w:szCs w:val="28"/>
          <w:lang w:val="es-ES"/>
        </w:rPr>
      </w:pPr>
      <w:r w:rsidRPr="00543AB2">
        <w:rPr>
          <w:rFonts w:ascii="Times New Roman" w:hAnsi="Times New Roman" w:cs="Times New Roman"/>
          <w:sz w:val="28"/>
          <w:szCs w:val="28"/>
          <w:lang w:val="es-ES"/>
        </w:rPr>
        <w:t xml:space="preserve">Nous </w:t>
      </w:r>
      <w:proofErr w:type="spellStart"/>
      <w:r w:rsidRPr="00543AB2">
        <w:rPr>
          <w:rFonts w:ascii="Times New Roman" w:hAnsi="Times New Roman" w:cs="Times New Roman"/>
          <w:sz w:val="28"/>
          <w:szCs w:val="28"/>
          <w:lang w:val="es-ES"/>
        </w:rPr>
        <w:t>vous</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soumettons</w:t>
      </w:r>
      <w:proofErr w:type="spellEnd"/>
      <w:r w:rsidRPr="00543AB2">
        <w:rPr>
          <w:rFonts w:ascii="Times New Roman" w:hAnsi="Times New Roman" w:cs="Times New Roman"/>
          <w:sz w:val="28"/>
          <w:szCs w:val="28"/>
          <w:lang w:val="es-ES"/>
        </w:rPr>
        <w:t xml:space="preserve"> le </w:t>
      </w:r>
      <w:proofErr w:type="spellStart"/>
      <w:r w:rsidRPr="00543AB2">
        <w:rPr>
          <w:rFonts w:ascii="Times New Roman" w:hAnsi="Times New Roman" w:cs="Times New Roman"/>
          <w:sz w:val="28"/>
          <w:szCs w:val="28"/>
          <w:lang w:val="es-ES"/>
        </w:rPr>
        <w:t>manuscrit</w:t>
      </w:r>
      <w:proofErr w:type="spellEnd"/>
      <w:r w:rsidRPr="00543AB2">
        <w:rPr>
          <w:rFonts w:ascii="Times New Roman" w:hAnsi="Times New Roman" w:cs="Times New Roman"/>
          <w:sz w:val="28"/>
          <w:szCs w:val="28"/>
          <w:lang w:val="es-ES"/>
        </w:rPr>
        <w:t xml:space="preserve"> intitulé ________________________________________________ </w:t>
      </w:r>
      <w:proofErr w:type="spellStart"/>
      <w:r w:rsidRPr="00543AB2">
        <w:rPr>
          <w:rFonts w:ascii="Times New Roman" w:hAnsi="Times New Roman" w:cs="Times New Roman"/>
          <w:sz w:val="28"/>
          <w:szCs w:val="28"/>
          <w:lang w:val="es-ES"/>
        </w:rPr>
        <w:t>pour</w:t>
      </w:r>
      <w:proofErr w:type="spellEnd"/>
      <w:r w:rsidRPr="00543AB2">
        <w:rPr>
          <w:rFonts w:ascii="Times New Roman" w:hAnsi="Times New Roman" w:cs="Times New Roman"/>
          <w:sz w:val="28"/>
          <w:szCs w:val="28"/>
          <w:lang w:val="es-ES"/>
        </w:rPr>
        <w:t xml:space="preserve"> examen en </w:t>
      </w:r>
      <w:proofErr w:type="spellStart"/>
      <w:r w:rsidRPr="00543AB2">
        <w:rPr>
          <w:rFonts w:ascii="Times New Roman" w:hAnsi="Times New Roman" w:cs="Times New Roman"/>
          <w:sz w:val="28"/>
          <w:szCs w:val="28"/>
          <w:lang w:val="es-ES"/>
        </w:rPr>
        <w:t>vue</w:t>
      </w:r>
      <w:proofErr w:type="spellEnd"/>
      <w:r w:rsidRPr="00543AB2">
        <w:rPr>
          <w:rFonts w:ascii="Times New Roman" w:hAnsi="Times New Roman" w:cs="Times New Roman"/>
          <w:sz w:val="28"/>
          <w:szCs w:val="28"/>
          <w:lang w:val="es-ES"/>
        </w:rPr>
        <w:t xml:space="preserve"> de </w:t>
      </w:r>
      <w:proofErr w:type="spellStart"/>
      <w:r w:rsidRPr="00543AB2">
        <w:rPr>
          <w:rFonts w:ascii="Times New Roman" w:hAnsi="Times New Roman" w:cs="Times New Roman"/>
          <w:sz w:val="28"/>
          <w:szCs w:val="28"/>
          <w:lang w:val="es-ES"/>
        </w:rPr>
        <w:t>sa</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publication</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comme</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article</w:t>
      </w:r>
      <w:proofErr w:type="spellEnd"/>
      <w:r w:rsidRPr="00543AB2">
        <w:rPr>
          <w:rFonts w:ascii="Times New Roman" w:hAnsi="Times New Roman" w:cs="Times New Roman"/>
          <w:sz w:val="28"/>
          <w:szCs w:val="28"/>
          <w:lang w:val="es-ES"/>
        </w:rPr>
        <w:t xml:space="preserve"> ______________________________ </w:t>
      </w:r>
      <w:proofErr w:type="spellStart"/>
      <w:r w:rsidRPr="00543AB2">
        <w:rPr>
          <w:rFonts w:ascii="Times New Roman" w:hAnsi="Times New Roman" w:cs="Times New Roman"/>
          <w:sz w:val="28"/>
          <w:szCs w:val="28"/>
          <w:lang w:val="es-ES"/>
        </w:rPr>
        <w:t>dans</w:t>
      </w:r>
      <w:proofErr w:type="spellEnd"/>
      <w:r w:rsidRPr="00543AB2">
        <w:rPr>
          <w:rFonts w:ascii="Times New Roman" w:hAnsi="Times New Roman" w:cs="Times New Roman"/>
          <w:sz w:val="28"/>
          <w:szCs w:val="28"/>
          <w:lang w:val="es-ES"/>
        </w:rPr>
        <w:t xml:space="preserve"> SCIENTIA-</w:t>
      </w:r>
      <w:proofErr w:type="gramStart"/>
      <w:r w:rsidRPr="00543AB2">
        <w:rPr>
          <w:rFonts w:ascii="Times New Roman" w:hAnsi="Times New Roman" w:cs="Times New Roman"/>
          <w:sz w:val="28"/>
          <w:szCs w:val="28"/>
          <w:lang w:val="es-ES"/>
        </w:rPr>
        <w:t>VAN :</w:t>
      </w:r>
      <w:proofErr w:type="gram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Revue</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Internationale</w:t>
      </w:r>
      <w:proofErr w:type="spellEnd"/>
      <w:r w:rsidRPr="00543AB2">
        <w:rPr>
          <w:rFonts w:ascii="Times New Roman" w:hAnsi="Times New Roman" w:cs="Times New Roman"/>
          <w:sz w:val="28"/>
          <w:szCs w:val="28"/>
          <w:lang w:val="es-ES"/>
        </w:rPr>
        <w:t xml:space="preserve"> des </w:t>
      </w:r>
      <w:proofErr w:type="spellStart"/>
      <w:r w:rsidRPr="00543AB2">
        <w:rPr>
          <w:rFonts w:ascii="Times New Roman" w:hAnsi="Times New Roman" w:cs="Times New Roman"/>
          <w:sz w:val="28"/>
          <w:szCs w:val="28"/>
          <w:lang w:val="es-ES"/>
        </w:rPr>
        <w:t>Sciences</w:t>
      </w:r>
      <w:proofErr w:type="spellEnd"/>
      <w:r w:rsidRPr="00543AB2">
        <w:rPr>
          <w:rFonts w:ascii="Times New Roman" w:hAnsi="Times New Roman" w:cs="Times New Roman"/>
          <w:sz w:val="28"/>
          <w:szCs w:val="28"/>
          <w:lang w:val="es-ES"/>
        </w:rPr>
        <w:t xml:space="preserve"> et de la </w:t>
      </w:r>
      <w:proofErr w:type="spellStart"/>
      <w:r w:rsidRPr="00543AB2">
        <w:rPr>
          <w:rFonts w:ascii="Times New Roman" w:hAnsi="Times New Roman" w:cs="Times New Roman"/>
          <w:sz w:val="28"/>
          <w:szCs w:val="28"/>
          <w:lang w:val="es-ES"/>
        </w:rPr>
        <w:t>Recherche</w:t>
      </w:r>
      <w:proofErr w:type="spellEnd"/>
      <w:r w:rsidRPr="00543AB2">
        <w:rPr>
          <w:rFonts w:ascii="Times New Roman" w:hAnsi="Times New Roman" w:cs="Times New Roman"/>
          <w:sz w:val="28"/>
          <w:szCs w:val="28"/>
          <w:lang w:val="es-ES"/>
        </w:rPr>
        <w:t>.</w:t>
      </w:r>
    </w:p>
    <w:p w14:paraId="013A2B24" w14:textId="77777777" w:rsidR="00386F09" w:rsidRPr="00543AB2" w:rsidRDefault="00000000">
      <w:pPr>
        <w:jc w:val="center"/>
        <w:rPr>
          <w:rFonts w:ascii="Times New Roman" w:hAnsi="Times New Roman" w:cs="Times New Roman"/>
          <w:sz w:val="28"/>
          <w:szCs w:val="28"/>
          <w:lang w:val="es-ES"/>
        </w:rPr>
      </w:pPr>
      <w:r w:rsidRPr="00543AB2">
        <w:rPr>
          <w:rFonts w:ascii="Times New Roman" w:hAnsi="Times New Roman" w:cs="Times New Roman"/>
          <w:i/>
          <w:sz w:val="28"/>
          <w:szCs w:val="28"/>
          <w:lang w:val="es-ES"/>
        </w:rPr>
        <w:t>(</w:t>
      </w:r>
      <w:proofErr w:type="spellStart"/>
      <w:r w:rsidRPr="00543AB2">
        <w:rPr>
          <w:rFonts w:ascii="Times New Roman" w:hAnsi="Times New Roman" w:cs="Times New Roman"/>
          <w:i/>
          <w:sz w:val="28"/>
          <w:szCs w:val="28"/>
          <w:lang w:val="es-ES"/>
        </w:rPr>
        <w:t>préciser</w:t>
      </w:r>
      <w:proofErr w:type="spellEnd"/>
      <w:r w:rsidRPr="00543AB2">
        <w:rPr>
          <w:rFonts w:ascii="Times New Roman" w:hAnsi="Times New Roman" w:cs="Times New Roman"/>
          <w:i/>
          <w:sz w:val="28"/>
          <w:szCs w:val="28"/>
          <w:lang w:val="es-ES"/>
        </w:rPr>
        <w:t xml:space="preserve"> la rubrique </w:t>
      </w:r>
      <w:proofErr w:type="spellStart"/>
      <w:r w:rsidRPr="00543AB2">
        <w:rPr>
          <w:rFonts w:ascii="Times New Roman" w:hAnsi="Times New Roman" w:cs="Times New Roman"/>
          <w:i/>
          <w:sz w:val="28"/>
          <w:szCs w:val="28"/>
          <w:lang w:val="es-ES"/>
        </w:rPr>
        <w:t>ou</w:t>
      </w:r>
      <w:proofErr w:type="spellEnd"/>
      <w:r w:rsidRPr="00543AB2">
        <w:rPr>
          <w:rFonts w:ascii="Times New Roman" w:hAnsi="Times New Roman" w:cs="Times New Roman"/>
          <w:i/>
          <w:sz w:val="28"/>
          <w:szCs w:val="28"/>
          <w:lang w:val="es-ES"/>
        </w:rPr>
        <w:t xml:space="preserve"> la </w:t>
      </w:r>
      <w:proofErr w:type="spellStart"/>
      <w:r w:rsidRPr="00543AB2">
        <w:rPr>
          <w:rFonts w:ascii="Times New Roman" w:hAnsi="Times New Roman" w:cs="Times New Roman"/>
          <w:i/>
          <w:sz w:val="28"/>
          <w:szCs w:val="28"/>
          <w:lang w:val="es-ES"/>
        </w:rPr>
        <w:t>section</w:t>
      </w:r>
      <w:proofErr w:type="spellEnd"/>
      <w:r w:rsidRPr="00543AB2">
        <w:rPr>
          <w:rFonts w:ascii="Times New Roman" w:hAnsi="Times New Roman" w:cs="Times New Roman"/>
          <w:i/>
          <w:sz w:val="28"/>
          <w:szCs w:val="28"/>
          <w:lang w:val="es-ES"/>
        </w:rPr>
        <w:t>)</w:t>
      </w:r>
    </w:p>
    <w:p w14:paraId="2F95A6C5" w14:textId="77777777" w:rsidR="00386F09" w:rsidRPr="00543AB2" w:rsidRDefault="00000000">
      <w:pPr>
        <w:spacing w:before="200" w:after="100"/>
        <w:rPr>
          <w:rFonts w:ascii="Times New Roman" w:hAnsi="Times New Roman" w:cs="Times New Roman"/>
          <w:sz w:val="28"/>
          <w:szCs w:val="28"/>
          <w:lang w:val="es-ES"/>
        </w:rPr>
      </w:pPr>
      <w:proofErr w:type="spellStart"/>
      <w:r w:rsidRPr="00543AB2">
        <w:rPr>
          <w:rFonts w:ascii="Times New Roman" w:hAnsi="Times New Roman" w:cs="Times New Roman"/>
          <w:b/>
          <w:color w:val="17365D"/>
          <w:sz w:val="28"/>
          <w:szCs w:val="28"/>
          <w:lang w:val="es-ES"/>
        </w:rPr>
        <w:t>L’auteur</w:t>
      </w:r>
      <w:proofErr w:type="spellEnd"/>
      <w:r w:rsidRPr="00543AB2">
        <w:rPr>
          <w:rFonts w:ascii="Times New Roman" w:hAnsi="Times New Roman" w:cs="Times New Roman"/>
          <w:b/>
          <w:color w:val="17365D"/>
          <w:sz w:val="28"/>
          <w:szCs w:val="28"/>
          <w:lang w:val="es-ES"/>
        </w:rPr>
        <w:t xml:space="preserve"> / Les </w:t>
      </w:r>
      <w:proofErr w:type="spellStart"/>
      <w:r w:rsidRPr="00543AB2">
        <w:rPr>
          <w:rFonts w:ascii="Times New Roman" w:hAnsi="Times New Roman" w:cs="Times New Roman"/>
          <w:b/>
          <w:color w:val="17365D"/>
          <w:sz w:val="28"/>
          <w:szCs w:val="28"/>
          <w:lang w:val="es-ES"/>
        </w:rPr>
        <w:t>auteurs</w:t>
      </w:r>
      <w:proofErr w:type="spellEnd"/>
      <w:r w:rsidRPr="00543AB2">
        <w:rPr>
          <w:rFonts w:ascii="Times New Roman" w:hAnsi="Times New Roman" w:cs="Times New Roman"/>
          <w:b/>
          <w:color w:val="17365D"/>
          <w:sz w:val="28"/>
          <w:szCs w:val="28"/>
          <w:lang w:val="es-ES"/>
        </w:rPr>
        <w:t xml:space="preserve"> </w:t>
      </w:r>
      <w:proofErr w:type="spellStart"/>
      <w:proofErr w:type="gramStart"/>
      <w:r w:rsidRPr="00543AB2">
        <w:rPr>
          <w:rFonts w:ascii="Times New Roman" w:hAnsi="Times New Roman" w:cs="Times New Roman"/>
          <w:b/>
          <w:color w:val="17365D"/>
          <w:sz w:val="28"/>
          <w:szCs w:val="28"/>
          <w:lang w:val="es-ES"/>
        </w:rPr>
        <w:t>déclarent</w:t>
      </w:r>
      <w:proofErr w:type="spellEnd"/>
      <w:r w:rsidRPr="00543AB2">
        <w:rPr>
          <w:rFonts w:ascii="Times New Roman" w:hAnsi="Times New Roman" w:cs="Times New Roman"/>
          <w:b/>
          <w:color w:val="17365D"/>
          <w:sz w:val="28"/>
          <w:szCs w:val="28"/>
          <w:lang w:val="es-ES"/>
        </w:rPr>
        <w:t xml:space="preserve"> :</w:t>
      </w:r>
      <w:proofErr w:type="gramEnd"/>
    </w:p>
    <w:p w14:paraId="1B2BB13B" w14:textId="77777777" w:rsidR="00386F09" w:rsidRPr="00543AB2" w:rsidRDefault="00000000">
      <w:pPr>
        <w:ind w:left="216"/>
        <w:rPr>
          <w:rFonts w:ascii="Times New Roman" w:hAnsi="Times New Roman" w:cs="Times New Roman"/>
          <w:sz w:val="28"/>
          <w:szCs w:val="28"/>
          <w:lang w:val="es-ES"/>
        </w:rPr>
      </w:pPr>
      <w:r w:rsidRPr="00543AB2">
        <w:rPr>
          <w:rFonts w:ascii="Times New Roman" w:hAnsi="Times New Roman" w:cs="Times New Roman"/>
          <w:b/>
          <w:sz w:val="28"/>
          <w:szCs w:val="28"/>
          <w:lang w:val="es-ES"/>
        </w:rPr>
        <w:t xml:space="preserve">• </w:t>
      </w:r>
      <w:r w:rsidRPr="00543AB2">
        <w:rPr>
          <w:rFonts w:ascii="Times New Roman" w:hAnsi="Times New Roman" w:cs="Times New Roman"/>
          <w:sz w:val="28"/>
          <w:szCs w:val="28"/>
          <w:lang w:val="es-ES"/>
        </w:rPr>
        <w:t xml:space="preserve">Que le </w:t>
      </w:r>
      <w:proofErr w:type="spellStart"/>
      <w:r w:rsidRPr="00543AB2">
        <w:rPr>
          <w:rFonts w:ascii="Times New Roman" w:hAnsi="Times New Roman" w:cs="Times New Roman"/>
          <w:sz w:val="28"/>
          <w:szCs w:val="28"/>
          <w:lang w:val="es-ES"/>
        </w:rPr>
        <w:t>travail</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soumis</w:t>
      </w:r>
      <w:proofErr w:type="spellEnd"/>
      <w:r w:rsidRPr="00543AB2">
        <w:rPr>
          <w:rFonts w:ascii="Times New Roman" w:hAnsi="Times New Roman" w:cs="Times New Roman"/>
          <w:sz w:val="28"/>
          <w:szCs w:val="28"/>
          <w:lang w:val="es-ES"/>
        </w:rPr>
        <w:t xml:space="preserve"> est original.</w:t>
      </w:r>
    </w:p>
    <w:p w14:paraId="763AE55B" w14:textId="77777777" w:rsidR="00386F09" w:rsidRPr="00543AB2" w:rsidRDefault="00000000">
      <w:pPr>
        <w:ind w:left="216"/>
        <w:rPr>
          <w:rFonts w:ascii="Times New Roman" w:hAnsi="Times New Roman" w:cs="Times New Roman"/>
          <w:sz w:val="28"/>
          <w:szCs w:val="28"/>
          <w:lang w:val="es-ES"/>
        </w:rPr>
      </w:pPr>
      <w:r w:rsidRPr="00543AB2">
        <w:rPr>
          <w:rFonts w:ascii="Times New Roman" w:hAnsi="Times New Roman" w:cs="Times New Roman"/>
          <w:b/>
          <w:sz w:val="28"/>
          <w:szCs w:val="28"/>
          <w:lang w:val="es-ES"/>
        </w:rPr>
        <w:t xml:space="preserve">• </w:t>
      </w:r>
      <w:r w:rsidRPr="00543AB2">
        <w:rPr>
          <w:rFonts w:ascii="Times New Roman" w:hAnsi="Times New Roman" w:cs="Times New Roman"/>
          <w:sz w:val="28"/>
          <w:szCs w:val="28"/>
          <w:lang w:val="es-ES"/>
        </w:rPr>
        <w:t xml:space="preserve">Que le </w:t>
      </w:r>
      <w:proofErr w:type="spellStart"/>
      <w:r w:rsidRPr="00543AB2">
        <w:rPr>
          <w:rFonts w:ascii="Times New Roman" w:hAnsi="Times New Roman" w:cs="Times New Roman"/>
          <w:sz w:val="28"/>
          <w:szCs w:val="28"/>
          <w:lang w:val="es-ES"/>
        </w:rPr>
        <w:t>travail</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n’a</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pas</w:t>
      </w:r>
      <w:proofErr w:type="spellEnd"/>
      <w:r w:rsidRPr="00543AB2">
        <w:rPr>
          <w:rFonts w:ascii="Times New Roman" w:hAnsi="Times New Roman" w:cs="Times New Roman"/>
          <w:sz w:val="28"/>
          <w:szCs w:val="28"/>
          <w:lang w:val="es-ES"/>
        </w:rPr>
        <w:t xml:space="preserve"> été </w:t>
      </w:r>
      <w:proofErr w:type="spellStart"/>
      <w:r w:rsidRPr="00543AB2">
        <w:rPr>
          <w:rFonts w:ascii="Times New Roman" w:hAnsi="Times New Roman" w:cs="Times New Roman"/>
          <w:sz w:val="28"/>
          <w:szCs w:val="28"/>
          <w:lang w:val="es-ES"/>
        </w:rPr>
        <w:t>publié</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antérieurement</w:t>
      </w:r>
      <w:proofErr w:type="spellEnd"/>
      <w:r w:rsidRPr="00543AB2">
        <w:rPr>
          <w:rFonts w:ascii="Times New Roman" w:hAnsi="Times New Roman" w:cs="Times New Roman"/>
          <w:sz w:val="28"/>
          <w:szCs w:val="28"/>
          <w:lang w:val="es-ES"/>
        </w:rPr>
        <w:t xml:space="preserve">, en </w:t>
      </w:r>
      <w:proofErr w:type="spellStart"/>
      <w:r w:rsidRPr="00543AB2">
        <w:rPr>
          <w:rFonts w:ascii="Times New Roman" w:hAnsi="Times New Roman" w:cs="Times New Roman"/>
          <w:sz w:val="28"/>
          <w:szCs w:val="28"/>
          <w:lang w:val="es-ES"/>
        </w:rPr>
        <w:t>totalité</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ou</w:t>
      </w:r>
      <w:proofErr w:type="spellEnd"/>
      <w:r w:rsidRPr="00543AB2">
        <w:rPr>
          <w:rFonts w:ascii="Times New Roman" w:hAnsi="Times New Roman" w:cs="Times New Roman"/>
          <w:sz w:val="28"/>
          <w:szCs w:val="28"/>
          <w:lang w:val="es-ES"/>
        </w:rPr>
        <w:t xml:space="preserve"> en </w:t>
      </w:r>
      <w:proofErr w:type="spellStart"/>
      <w:r w:rsidRPr="00543AB2">
        <w:rPr>
          <w:rFonts w:ascii="Times New Roman" w:hAnsi="Times New Roman" w:cs="Times New Roman"/>
          <w:sz w:val="28"/>
          <w:szCs w:val="28"/>
          <w:lang w:val="es-ES"/>
        </w:rPr>
        <w:t>partie</w:t>
      </w:r>
      <w:proofErr w:type="spellEnd"/>
      <w:r w:rsidRPr="00543AB2">
        <w:rPr>
          <w:rFonts w:ascii="Times New Roman" w:hAnsi="Times New Roman" w:cs="Times New Roman"/>
          <w:sz w:val="28"/>
          <w:szCs w:val="28"/>
          <w:lang w:val="es-ES"/>
        </w:rPr>
        <w:t>.</w:t>
      </w:r>
    </w:p>
    <w:p w14:paraId="4C7DD01A" w14:textId="77777777" w:rsidR="00386F09" w:rsidRPr="00543AB2" w:rsidRDefault="00000000">
      <w:pPr>
        <w:ind w:left="216"/>
        <w:rPr>
          <w:rFonts w:ascii="Times New Roman" w:hAnsi="Times New Roman" w:cs="Times New Roman"/>
          <w:sz w:val="28"/>
          <w:szCs w:val="28"/>
          <w:lang w:val="es-ES"/>
        </w:rPr>
      </w:pPr>
      <w:r w:rsidRPr="00543AB2">
        <w:rPr>
          <w:rFonts w:ascii="Times New Roman" w:hAnsi="Times New Roman" w:cs="Times New Roman"/>
          <w:b/>
          <w:sz w:val="28"/>
          <w:szCs w:val="28"/>
          <w:lang w:val="es-ES"/>
        </w:rPr>
        <w:t xml:space="preserve">• </w:t>
      </w:r>
      <w:r w:rsidRPr="00543AB2">
        <w:rPr>
          <w:rFonts w:ascii="Times New Roman" w:hAnsi="Times New Roman" w:cs="Times New Roman"/>
          <w:sz w:val="28"/>
          <w:szCs w:val="28"/>
          <w:lang w:val="es-ES"/>
        </w:rPr>
        <w:t xml:space="preserve">Que le </w:t>
      </w:r>
      <w:proofErr w:type="spellStart"/>
      <w:r w:rsidRPr="00543AB2">
        <w:rPr>
          <w:rFonts w:ascii="Times New Roman" w:hAnsi="Times New Roman" w:cs="Times New Roman"/>
          <w:sz w:val="28"/>
          <w:szCs w:val="28"/>
          <w:lang w:val="es-ES"/>
        </w:rPr>
        <w:t>manuscrit</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n’est</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pas</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soumis</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simultanément</w:t>
      </w:r>
      <w:proofErr w:type="spellEnd"/>
      <w:r w:rsidRPr="00543AB2">
        <w:rPr>
          <w:rFonts w:ascii="Times New Roman" w:hAnsi="Times New Roman" w:cs="Times New Roman"/>
          <w:sz w:val="28"/>
          <w:szCs w:val="28"/>
          <w:lang w:val="es-ES"/>
        </w:rPr>
        <w:t xml:space="preserve"> à une </w:t>
      </w:r>
      <w:proofErr w:type="spellStart"/>
      <w:r w:rsidRPr="00543AB2">
        <w:rPr>
          <w:rFonts w:ascii="Times New Roman" w:hAnsi="Times New Roman" w:cs="Times New Roman"/>
          <w:sz w:val="28"/>
          <w:szCs w:val="28"/>
          <w:lang w:val="es-ES"/>
        </w:rPr>
        <w:t>autre</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revue</w:t>
      </w:r>
      <w:proofErr w:type="spellEnd"/>
      <w:r w:rsidRPr="00543AB2">
        <w:rPr>
          <w:rFonts w:ascii="Times New Roman" w:hAnsi="Times New Roman" w:cs="Times New Roman"/>
          <w:sz w:val="28"/>
          <w:szCs w:val="28"/>
          <w:lang w:val="es-ES"/>
        </w:rPr>
        <w:t>.</w:t>
      </w:r>
    </w:p>
    <w:p w14:paraId="11A5573B" w14:textId="77777777" w:rsidR="00386F09" w:rsidRPr="00543AB2" w:rsidRDefault="00000000">
      <w:pPr>
        <w:ind w:left="216"/>
        <w:rPr>
          <w:rFonts w:ascii="Times New Roman" w:hAnsi="Times New Roman" w:cs="Times New Roman"/>
          <w:sz w:val="28"/>
          <w:szCs w:val="28"/>
        </w:rPr>
      </w:pPr>
      <w:r w:rsidRPr="00543AB2">
        <w:rPr>
          <w:rFonts w:ascii="Times New Roman" w:hAnsi="Times New Roman" w:cs="Times New Roman"/>
          <w:b/>
          <w:sz w:val="28"/>
          <w:szCs w:val="28"/>
        </w:rPr>
        <w:t xml:space="preserve">• </w:t>
      </w:r>
      <w:r w:rsidRPr="00543AB2">
        <w:rPr>
          <w:rFonts w:ascii="Times New Roman" w:hAnsi="Times New Roman" w:cs="Times New Roman"/>
          <w:sz w:val="28"/>
          <w:szCs w:val="28"/>
        </w:rPr>
        <w:t xml:space="preserve">Que </w:t>
      </w:r>
      <w:proofErr w:type="spellStart"/>
      <w:r w:rsidRPr="00543AB2">
        <w:rPr>
          <w:rFonts w:ascii="Times New Roman" w:hAnsi="Times New Roman" w:cs="Times New Roman"/>
          <w:sz w:val="28"/>
          <w:szCs w:val="28"/>
        </w:rPr>
        <w:t>tous</w:t>
      </w:r>
      <w:proofErr w:type="spellEnd"/>
      <w:r w:rsidRPr="00543AB2">
        <w:rPr>
          <w:rFonts w:ascii="Times New Roman" w:hAnsi="Times New Roman" w:cs="Times New Roman"/>
          <w:sz w:val="28"/>
          <w:szCs w:val="28"/>
        </w:rPr>
        <w:t xml:space="preserve"> les auteurs ont contribué intellectuellement à son élaboration.</w:t>
      </w:r>
    </w:p>
    <w:p w14:paraId="0F10277C" w14:textId="77777777" w:rsidR="00386F09" w:rsidRPr="00543AB2" w:rsidRDefault="00000000">
      <w:pPr>
        <w:ind w:left="216"/>
        <w:rPr>
          <w:rFonts w:ascii="Times New Roman" w:hAnsi="Times New Roman" w:cs="Times New Roman"/>
          <w:sz w:val="28"/>
          <w:szCs w:val="28"/>
        </w:rPr>
      </w:pPr>
      <w:r w:rsidRPr="00543AB2">
        <w:rPr>
          <w:rFonts w:ascii="Times New Roman" w:hAnsi="Times New Roman" w:cs="Times New Roman"/>
          <w:b/>
          <w:sz w:val="28"/>
          <w:szCs w:val="28"/>
        </w:rPr>
        <w:t xml:space="preserve">• </w:t>
      </w:r>
      <w:r w:rsidRPr="00543AB2">
        <w:rPr>
          <w:rFonts w:ascii="Times New Roman" w:hAnsi="Times New Roman" w:cs="Times New Roman"/>
          <w:sz w:val="28"/>
          <w:szCs w:val="28"/>
        </w:rPr>
        <w:t>Que tous les auteurs ont lu et approuvé la version finale du manuscrit soumis.</w:t>
      </w:r>
    </w:p>
    <w:p w14:paraId="79C78A99" w14:textId="77777777" w:rsidR="00386F09" w:rsidRPr="00543AB2" w:rsidRDefault="00000000">
      <w:pPr>
        <w:ind w:left="216"/>
        <w:rPr>
          <w:rFonts w:ascii="Times New Roman" w:hAnsi="Times New Roman" w:cs="Times New Roman"/>
          <w:sz w:val="28"/>
          <w:szCs w:val="28"/>
        </w:rPr>
      </w:pPr>
      <w:r w:rsidRPr="00543AB2">
        <w:rPr>
          <w:rFonts w:ascii="Times New Roman" w:hAnsi="Times New Roman" w:cs="Times New Roman"/>
          <w:b/>
          <w:sz w:val="28"/>
          <w:szCs w:val="28"/>
        </w:rPr>
        <w:t xml:space="preserve">• </w:t>
      </w:r>
      <w:r w:rsidRPr="00543AB2">
        <w:rPr>
          <w:rFonts w:ascii="Times New Roman" w:hAnsi="Times New Roman" w:cs="Times New Roman"/>
          <w:sz w:val="28"/>
          <w:szCs w:val="28"/>
        </w:rPr>
        <w:t>Que les opinions et affirmations exprimées dans l’article relèvent de la responsabilité des auteurs et ne reflètent pas nécessairement celles de la direction éditoriale de SCIENTIA-VAN.</w:t>
      </w:r>
    </w:p>
    <w:p w14:paraId="771D0584" w14:textId="77777777" w:rsidR="00386F09" w:rsidRPr="00543AB2" w:rsidRDefault="00000000">
      <w:pPr>
        <w:jc w:val="both"/>
        <w:rPr>
          <w:rFonts w:ascii="Times New Roman" w:hAnsi="Times New Roman" w:cs="Times New Roman"/>
          <w:sz w:val="28"/>
          <w:szCs w:val="28"/>
          <w:lang w:val="es-ES"/>
        </w:rPr>
      </w:pPr>
      <w:proofErr w:type="spellStart"/>
      <w:r w:rsidRPr="00543AB2">
        <w:rPr>
          <w:rFonts w:ascii="Times New Roman" w:hAnsi="Times New Roman" w:cs="Times New Roman"/>
          <w:sz w:val="28"/>
          <w:szCs w:val="28"/>
          <w:lang w:val="es-ES"/>
        </w:rPr>
        <w:t>Veuillez</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agréer</w:t>
      </w:r>
      <w:proofErr w:type="spellEnd"/>
      <w:r w:rsidRPr="00543AB2">
        <w:rPr>
          <w:rFonts w:ascii="Times New Roman" w:hAnsi="Times New Roman" w:cs="Times New Roman"/>
          <w:sz w:val="28"/>
          <w:szCs w:val="28"/>
          <w:lang w:val="es-ES"/>
        </w:rPr>
        <w:t xml:space="preserve"> nos </w:t>
      </w:r>
      <w:proofErr w:type="spellStart"/>
      <w:r w:rsidRPr="00543AB2">
        <w:rPr>
          <w:rFonts w:ascii="Times New Roman" w:hAnsi="Times New Roman" w:cs="Times New Roman"/>
          <w:sz w:val="28"/>
          <w:szCs w:val="28"/>
          <w:lang w:val="es-ES"/>
        </w:rPr>
        <w:t>salutations</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distinguées</w:t>
      </w:r>
      <w:proofErr w:type="spellEnd"/>
      <w:r w:rsidRPr="00543AB2">
        <w:rPr>
          <w:rFonts w:ascii="Times New Roman" w:hAnsi="Times New Roman" w:cs="Times New Roman"/>
          <w:sz w:val="28"/>
          <w:szCs w:val="28"/>
          <w:lang w:val="es-ES"/>
        </w:rPr>
        <w:t>.</w:t>
      </w:r>
    </w:p>
    <w:p w14:paraId="2F69958F" w14:textId="77777777" w:rsidR="00386F09" w:rsidRPr="00543AB2" w:rsidRDefault="00000000">
      <w:pPr>
        <w:rPr>
          <w:rFonts w:ascii="Times New Roman" w:hAnsi="Times New Roman" w:cs="Times New Roman"/>
          <w:sz w:val="28"/>
          <w:szCs w:val="28"/>
        </w:rPr>
      </w:pPr>
      <w:r w:rsidRPr="00543AB2">
        <w:rPr>
          <w:rFonts w:ascii="Times New Roman" w:hAnsi="Times New Roman" w:cs="Times New Roman"/>
          <w:sz w:val="28"/>
          <w:szCs w:val="28"/>
          <w:lang w:val="en-CA"/>
        </w:rPr>
        <w:br/>
      </w:r>
      <w:r w:rsidRPr="00543AB2">
        <w:rPr>
          <w:rFonts w:ascii="Times New Roman" w:hAnsi="Times New Roman" w:cs="Times New Roman"/>
          <w:sz w:val="28"/>
          <w:szCs w:val="28"/>
        </w:rPr>
        <w:t>Fait à ______________________, le _____ / __________________ / 20____</w:t>
      </w:r>
    </w:p>
    <w:p w14:paraId="009B6B7D" w14:textId="77777777" w:rsidR="00386F09" w:rsidRPr="00543AB2" w:rsidRDefault="00000000">
      <w:pPr>
        <w:rPr>
          <w:rFonts w:ascii="Times New Roman" w:hAnsi="Times New Roman" w:cs="Times New Roman"/>
          <w:sz w:val="28"/>
          <w:szCs w:val="28"/>
        </w:rPr>
      </w:pPr>
      <w:r w:rsidRPr="00543AB2">
        <w:rPr>
          <w:rFonts w:ascii="Times New Roman" w:hAnsi="Times New Roman" w:cs="Times New Roman"/>
          <w:sz w:val="28"/>
          <w:szCs w:val="28"/>
        </w:rPr>
        <w:br/>
      </w:r>
      <w:proofErr w:type="gramStart"/>
      <w:r w:rsidRPr="00543AB2">
        <w:rPr>
          <w:rFonts w:ascii="Times New Roman" w:hAnsi="Times New Roman" w:cs="Times New Roman"/>
          <w:sz w:val="28"/>
          <w:szCs w:val="28"/>
        </w:rPr>
        <w:t>Signature :</w:t>
      </w:r>
      <w:proofErr w:type="gramEnd"/>
      <w:r w:rsidRPr="00543AB2">
        <w:rPr>
          <w:rFonts w:ascii="Times New Roman" w:hAnsi="Times New Roman" w:cs="Times New Roman"/>
          <w:sz w:val="28"/>
          <w:szCs w:val="28"/>
        </w:rPr>
        <w:t xml:space="preserve"> __________________________________________</w:t>
      </w:r>
    </w:p>
    <w:p w14:paraId="65775A66" w14:textId="77777777" w:rsidR="00386F09" w:rsidRPr="00543AB2" w:rsidRDefault="00000000">
      <w:pPr>
        <w:rPr>
          <w:rFonts w:ascii="Times New Roman" w:hAnsi="Times New Roman" w:cs="Times New Roman"/>
          <w:sz w:val="28"/>
          <w:szCs w:val="28"/>
        </w:rPr>
      </w:pPr>
      <w:r w:rsidRPr="00543AB2">
        <w:rPr>
          <w:rFonts w:ascii="Times New Roman" w:hAnsi="Times New Roman" w:cs="Times New Roman"/>
          <w:sz w:val="28"/>
          <w:szCs w:val="28"/>
        </w:rPr>
        <w:t xml:space="preserve">WhatsApp / Téléphone de </w:t>
      </w:r>
      <w:proofErr w:type="gramStart"/>
      <w:r w:rsidRPr="00543AB2">
        <w:rPr>
          <w:rFonts w:ascii="Times New Roman" w:hAnsi="Times New Roman" w:cs="Times New Roman"/>
          <w:sz w:val="28"/>
          <w:szCs w:val="28"/>
        </w:rPr>
        <w:t>contact :</w:t>
      </w:r>
      <w:proofErr w:type="gramEnd"/>
      <w:r w:rsidRPr="00543AB2">
        <w:rPr>
          <w:rFonts w:ascii="Times New Roman" w:hAnsi="Times New Roman" w:cs="Times New Roman"/>
          <w:sz w:val="28"/>
          <w:szCs w:val="28"/>
        </w:rPr>
        <w:t xml:space="preserve"> ______________________________</w:t>
      </w:r>
    </w:p>
    <w:p w14:paraId="2ED3D98B" w14:textId="77777777" w:rsidR="00386F09" w:rsidRPr="00543AB2" w:rsidRDefault="00000000">
      <w:pPr>
        <w:rPr>
          <w:rFonts w:ascii="Times New Roman" w:hAnsi="Times New Roman" w:cs="Times New Roman"/>
          <w:sz w:val="28"/>
          <w:szCs w:val="28"/>
        </w:rPr>
      </w:pPr>
      <w:proofErr w:type="gramStart"/>
      <w:r w:rsidRPr="00543AB2">
        <w:rPr>
          <w:rFonts w:ascii="Times New Roman" w:hAnsi="Times New Roman" w:cs="Times New Roman"/>
          <w:i/>
          <w:sz w:val="28"/>
          <w:szCs w:val="28"/>
        </w:rPr>
        <w:t>Note :</w:t>
      </w:r>
      <w:proofErr w:type="gramEnd"/>
      <w:r w:rsidRPr="00543AB2">
        <w:rPr>
          <w:rFonts w:ascii="Times New Roman" w:hAnsi="Times New Roman" w:cs="Times New Roman"/>
          <w:i/>
          <w:sz w:val="28"/>
          <w:szCs w:val="28"/>
        </w:rPr>
        <w:t xml:space="preserve"> cette page administrative ne fait pas partie du manuscrit scientifique.</w:t>
      </w:r>
    </w:p>
    <w:p w14:paraId="104D6A50" w14:textId="77777777" w:rsidR="00386F09" w:rsidRDefault="00000000">
      <w:r>
        <w:br w:type="page"/>
      </w:r>
    </w:p>
    <w:p w14:paraId="04F4371D" w14:textId="77777777" w:rsidR="00386F09" w:rsidRPr="00543AB2" w:rsidRDefault="00000000">
      <w:pPr>
        <w:spacing w:before="360" w:after="320"/>
        <w:jc w:val="center"/>
        <w:rPr>
          <w:lang w:val="es-ES"/>
        </w:rPr>
      </w:pPr>
      <w:r w:rsidRPr="00543AB2">
        <w:rPr>
          <w:b/>
          <w:color w:val="17365D"/>
          <w:sz w:val="30"/>
          <w:lang w:val="es-ES"/>
        </w:rPr>
        <w:lastRenderedPageBreak/>
        <w:t>TITRE DU TRAVAIL DE RECHERCHE EN FRANÇAIS</w:t>
      </w:r>
    </w:p>
    <w:p w14:paraId="27F301EB" w14:textId="77777777" w:rsidR="00386F09" w:rsidRPr="00543AB2" w:rsidRDefault="00000000" w:rsidP="00543AB2">
      <w:pPr>
        <w:jc w:val="right"/>
        <w:rPr>
          <w:rFonts w:ascii="Times New Roman" w:hAnsi="Times New Roman" w:cs="Times New Roman"/>
          <w:sz w:val="28"/>
          <w:szCs w:val="28"/>
        </w:rPr>
      </w:pPr>
      <w:proofErr w:type="spellStart"/>
      <w:r w:rsidRPr="00543AB2">
        <w:rPr>
          <w:rFonts w:ascii="Times New Roman" w:hAnsi="Times New Roman" w:cs="Times New Roman"/>
          <w:b/>
          <w:sz w:val="28"/>
          <w:szCs w:val="28"/>
        </w:rPr>
        <w:t>Prénom</w:t>
      </w:r>
      <w:proofErr w:type="spellEnd"/>
      <w:r w:rsidRPr="00543AB2">
        <w:rPr>
          <w:rFonts w:ascii="Times New Roman" w:hAnsi="Times New Roman" w:cs="Times New Roman"/>
          <w:b/>
          <w:sz w:val="28"/>
          <w:szCs w:val="28"/>
        </w:rPr>
        <w:t xml:space="preserve">(s) NOM(S) de </w:t>
      </w:r>
      <w:proofErr w:type="spellStart"/>
      <w:r w:rsidRPr="00543AB2">
        <w:rPr>
          <w:rFonts w:ascii="Times New Roman" w:hAnsi="Times New Roman" w:cs="Times New Roman"/>
          <w:b/>
          <w:sz w:val="28"/>
          <w:szCs w:val="28"/>
        </w:rPr>
        <w:t>l’auteur</w:t>
      </w:r>
      <w:proofErr w:type="spellEnd"/>
      <w:r w:rsidRPr="00543AB2">
        <w:rPr>
          <w:rFonts w:ascii="Times New Roman" w:hAnsi="Times New Roman" w:cs="Times New Roman"/>
          <w:b/>
          <w:sz w:val="28"/>
          <w:szCs w:val="28"/>
        </w:rPr>
        <w:t xml:space="preserve"> / des auteurs</w:t>
      </w:r>
      <w:r w:rsidRPr="00543AB2">
        <w:rPr>
          <w:rFonts w:ascii="Times New Roman" w:hAnsi="Times New Roman" w:cs="Times New Roman"/>
          <w:b/>
          <w:sz w:val="28"/>
          <w:szCs w:val="28"/>
        </w:rPr>
        <w:br/>
      </w:r>
      <w:proofErr w:type="gramStart"/>
      <w:r w:rsidRPr="00543AB2">
        <w:rPr>
          <w:rFonts w:ascii="Times New Roman" w:hAnsi="Times New Roman" w:cs="Times New Roman"/>
          <w:sz w:val="28"/>
          <w:szCs w:val="28"/>
        </w:rPr>
        <w:t>ORCID :</w:t>
      </w:r>
      <w:proofErr w:type="gramEnd"/>
      <w:r w:rsidRPr="00543AB2">
        <w:rPr>
          <w:rFonts w:ascii="Times New Roman" w:hAnsi="Times New Roman" w:cs="Times New Roman"/>
          <w:sz w:val="28"/>
          <w:szCs w:val="28"/>
        </w:rPr>
        <w:t xml:space="preserve"> https://orcid.org/0000-0000-0000-0000</w:t>
      </w:r>
      <w:r w:rsidRPr="00543AB2">
        <w:rPr>
          <w:rFonts w:ascii="Times New Roman" w:hAnsi="Times New Roman" w:cs="Times New Roman"/>
          <w:sz w:val="28"/>
          <w:szCs w:val="28"/>
        </w:rPr>
        <w:br/>
        <w:t>Courriel : nom@institution.edu</w:t>
      </w:r>
      <w:r w:rsidRPr="00543AB2">
        <w:rPr>
          <w:rFonts w:ascii="Times New Roman" w:hAnsi="Times New Roman" w:cs="Times New Roman"/>
          <w:sz w:val="28"/>
          <w:szCs w:val="28"/>
        </w:rPr>
        <w:br/>
        <w:t>Affiliation institutionnelle</w:t>
      </w:r>
      <w:r w:rsidRPr="00543AB2">
        <w:rPr>
          <w:rFonts w:ascii="Times New Roman" w:hAnsi="Times New Roman" w:cs="Times New Roman"/>
          <w:sz w:val="28"/>
          <w:szCs w:val="28"/>
        </w:rPr>
        <w:br/>
        <w:t>Pays – Ville</w:t>
      </w:r>
      <w:r w:rsidRPr="00543AB2">
        <w:rPr>
          <w:rFonts w:ascii="Times New Roman" w:hAnsi="Times New Roman" w:cs="Times New Roman"/>
          <w:sz w:val="28"/>
          <w:szCs w:val="28"/>
        </w:rPr>
        <w:br/>
      </w:r>
    </w:p>
    <w:p w14:paraId="309D588F" w14:textId="77777777" w:rsidR="00386F09" w:rsidRPr="00543AB2" w:rsidRDefault="00000000" w:rsidP="00543AB2">
      <w:pPr>
        <w:spacing w:before="200" w:after="100"/>
        <w:jc w:val="both"/>
        <w:rPr>
          <w:rFonts w:ascii="Times New Roman" w:hAnsi="Times New Roman" w:cs="Times New Roman"/>
          <w:sz w:val="28"/>
          <w:szCs w:val="28"/>
        </w:rPr>
      </w:pPr>
      <w:r w:rsidRPr="00543AB2">
        <w:rPr>
          <w:rFonts w:ascii="Times New Roman" w:hAnsi="Times New Roman" w:cs="Times New Roman"/>
          <w:b/>
          <w:color w:val="17365D"/>
          <w:sz w:val="28"/>
          <w:szCs w:val="28"/>
        </w:rPr>
        <w:t>RÉSUMÉ</w:t>
      </w:r>
    </w:p>
    <w:tbl>
      <w:tblPr>
        <w:tblW w:w="0" w:type="auto"/>
        <w:jc w:val="center"/>
        <w:tblLayout w:type="fixed"/>
        <w:tblLook w:val="04A0" w:firstRow="1" w:lastRow="0" w:firstColumn="1" w:lastColumn="0" w:noHBand="0" w:noVBand="1"/>
      </w:tblPr>
      <w:tblGrid>
        <w:gridCol w:w="4680"/>
        <w:gridCol w:w="4680"/>
      </w:tblGrid>
      <w:tr w:rsidR="00386F09" w:rsidRPr="00543AB2" w14:paraId="6CB6080E" w14:textId="77777777">
        <w:trPr>
          <w:jc w:val="center"/>
        </w:trPr>
        <w:tc>
          <w:tcPr>
            <w:tcW w:w="4680" w:type="dxa"/>
            <w:shd w:val="clear" w:color="auto" w:fill="F2F2F2"/>
            <w:tcMar>
              <w:top w:w="140" w:type="dxa"/>
              <w:left w:w="140" w:type="dxa"/>
              <w:bottom w:w="140" w:type="dxa"/>
              <w:right w:w="140" w:type="dxa"/>
            </w:tcMar>
            <w:vAlign w:val="center"/>
          </w:tcPr>
          <w:p w14:paraId="1F5B24AB" w14:textId="77777777" w:rsidR="00386F09" w:rsidRPr="00543AB2" w:rsidRDefault="00000000" w:rsidP="00543AB2">
            <w:pPr>
              <w:jc w:val="both"/>
              <w:rPr>
                <w:rFonts w:ascii="Times New Roman" w:hAnsi="Times New Roman" w:cs="Times New Roman"/>
                <w:sz w:val="28"/>
                <w:szCs w:val="28"/>
                <w:lang w:val="es-ES"/>
              </w:rPr>
            </w:pPr>
            <w:proofErr w:type="spellStart"/>
            <w:r w:rsidRPr="00543AB2">
              <w:rPr>
                <w:rFonts w:ascii="Times New Roman" w:hAnsi="Times New Roman" w:cs="Times New Roman"/>
                <w:b/>
                <w:sz w:val="28"/>
                <w:szCs w:val="28"/>
                <w:lang w:val="es-ES"/>
              </w:rPr>
              <w:t>Mots-</w:t>
            </w:r>
            <w:proofErr w:type="gramStart"/>
            <w:r w:rsidRPr="00543AB2">
              <w:rPr>
                <w:rFonts w:ascii="Times New Roman" w:hAnsi="Times New Roman" w:cs="Times New Roman"/>
                <w:b/>
                <w:sz w:val="28"/>
                <w:szCs w:val="28"/>
                <w:lang w:val="es-ES"/>
              </w:rPr>
              <w:t>clés</w:t>
            </w:r>
            <w:proofErr w:type="spellEnd"/>
            <w:r w:rsidRPr="00543AB2">
              <w:rPr>
                <w:rFonts w:ascii="Times New Roman" w:hAnsi="Times New Roman" w:cs="Times New Roman"/>
                <w:b/>
                <w:sz w:val="28"/>
                <w:szCs w:val="28"/>
                <w:lang w:val="es-ES"/>
              </w:rPr>
              <w:t xml:space="preserve"> :</w:t>
            </w:r>
            <w:proofErr w:type="gramEnd"/>
            <w:r w:rsidRPr="00543AB2">
              <w:rPr>
                <w:rFonts w:ascii="Times New Roman" w:hAnsi="Times New Roman" w:cs="Times New Roman"/>
                <w:b/>
                <w:sz w:val="28"/>
                <w:szCs w:val="28"/>
                <w:lang w:val="es-ES"/>
              </w:rPr>
              <w:br/>
            </w:r>
            <w:r w:rsidRPr="00543AB2">
              <w:rPr>
                <w:rFonts w:ascii="Times New Roman" w:hAnsi="Times New Roman" w:cs="Times New Roman"/>
                <w:b/>
                <w:sz w:val="28"/>
                <w:szCs w:val="28"/>
                <w:lang w:val="es-ES"/>
              </w:rPr>
              <w:br/>
            </w:r>
            <w:proofErr w:type="spellStart"/>
            <w:r w:rsidRPr="00543AB2">
              <w:rPr>
                <w:rFonts w:ascii="Times New Roman" w:hAnsi="Times New Roman" w:cs="Times New Roman"/>
                <w:b/>
                <w:sz w:val="28"/>
                <w:szCs w:val="28"/>
                <w:lang w:val="es-ES"/>
              </w:rPr>
              <w:t>Trois</w:t>
            </w:r>
            <w:proofErr w:type="spellEnd"/>
            <w:r w:rsidRPr="00543AB2">
              <w:rPr>
                <w:rFonts w:ascii="Times New Roman" w:hAnsi="Times New Roman" w:cs="Times New Roman"/>
                <w:b/>
                <w:sz w:val="28"/>
                <w:szCs w:val="28"/>
                <w:lang w:val="es-ES"/>
              </w:rPr>
              <w:t xml:space="preserve"> à </w:t>
            </w:r>
            <w:proofErr w:type="spellStart"/>
            <w:r w:rsidRPr="00543AB2">
              <w:rPr>
                <w:rFonts w:ascii="Times New Roman" w:hAnsi="Times New Roman" w:cs="Times New Roman"/>
                <w:b/>
                <w:sz w:val="28"/>
                <w:szCs w:val="28"/>
                <w:lang w:val="es-ES"/>
              </w:rPr>
              <w:t>cinq</w:t>
            </w:r>
            <w:proofErr w:type="spellEnd"/>
            <w:r w:rsidRPr="00543AB2">
              <w:rPr>
                <w:rFonts w:ascii="Times New Roman" w:hAnsi="Times New Roman" w:cs="Times New Roman"/>
                <w:b/>
                <w:sz w:val="28"/>
                <w:szCs w:val="28"/>
                <w:lang w:val="es-ES"/>
              </w:rPr>
              <w:t xml:space="preserve"> </w:t>
            </w:r>
            <w:proofErr w:type="spellStart"/>
            <w:r w:rsidRPr="00543AB2">
              <w:rPr>
                <w:rFonts w:ascii="Times New Roman" w:hAnsi="Times New Roman" w:cs="Times New Roman"/>
                <w:b/>
                <w:sz w:val="28"/>
                <w:szCs w:val="28"/>
                <w:lang w:val="es-ES"/>
              </w:rPr>
              <w:t>mots-clés</w:t>
            </w:r>
            <w:proofErr w:type="spellEnd"/>
            <w:r w:rsidRPr="00543AB2">
              <w:rPr>
                <w:rFonts w:ascii="Times New Roman" w:hAnsi="Times New Roman" w:cs="Times New Roman"/>
                <w:b/>
                <w:sz w:val="28"/>
                <w:szCs w:val="28"/>
                <w:lang w:val="es-ES"/>
              </w:rPr>
              <w:t xml:space="preserve">, </w:t>
            </w:r>
            <w:proofErr w:type="spellStart"/>
            <w:r w:rsidRPr="00543AB2">
              <w:rPr>
                <w:rFonts w:ascii="Times New Roman" w:hAnsi="Times New Roman" w:cs="Times New Roman"/>
                <w:b/>
                <w:sz w:val="28"/>
                <w:szCs w:val="28"/>
                <w:lang w:val="es-ES"/>
              </w:rPr>
              <w:t>séparés</w:t>
            </w:r>
            <w:proofErr w:type="spellEnd"/>
            <w:r w:rsidRPr="00543AB2">
              <w:rPr>
                <w:rFonts w:ascii="Times New Roman" w:hAnsi="Times New Roman" w:cs="Times New Roman"/>
                <w:b/>
                <w:sz w:val="28"/>
                <w:szCs w:val="28"/>
                <w:lang w:val="es-ES"/>
              </w:rPr>
              <w:t xml:space="preserve"> par des </w:t>
            </w:r>
            <w:proofErr w:type="spellStart"/>
            <w:r w:rsidRPr="00543AB2">
              <w:rPr>
                <w:rFonts w:ascii="Times New Roman" w:hAnsi="Times New Roman" w:cs="Times New Roman"/>
                <w:b/>
                <w:sz w:val="28"/>
                <w:szCs w:val="28"/>
                <w:lang w:val="es-ES"/>
              </w:rPr>
              <w:t>virgules</w:t>
            </w:r>
            <w:proofErr w:type="spellEnd"/>
            <w:r w:rsidRPr="00543AB2">
              <w:rPr>
                <w:rFonts w:ascii="Times New Roman" w:hAnsi="Times New Roman" w:cs="Times New Roman"/>
                <w:b/>
                <w:sz w:val="28"/>
                <w:szCs w:val="28"/>
                <w:lang w:val="es-ES"/>
              </w:rPr>
              <w:t>.</w:t>
            </w:r>
          </w:p>
        </w:tc>
        <w:tc>
          <w:tcPr>
            <w:tcW w:w="4680" w:type="dxa"/>
            <w:shd w:val="clear" w:color="auto" w:fill="FFFFFF"/>
            <w:tcMar>
              <w:top w:w="140" w:type="dxa"/>
              <w:left w:w="140" w:type="dxa"/>
              <w:bottom w:w="140" w:type="dxa"/>
              <w:right w:w="140" w:type="dxa"/>
            </w:tcMar>
            <w:vAlign w:val="center"/>
          </w:tcPr>
          <w:p w14:paraId="069A68E0" w14:textId="77777777" w:rsidR="00386F09" w:rsidRPr="00543AB2" w:rsidRDefault="00000000" w:rsidP="00543AB2">
            <w:pPr>
              <w:jc w:val="both"/>
              <w:rPr>
                <w:rFonts w:ascii="Times New Roman" w:hAnsi="Times New Roman" w:cs="Times New Roman"/>
                <w:sz w:val="28"/>
                <w:szCs w:val="28"/>
              </w:rPr>
            </w:pPr>
            <w:r w:rsidRPr="00543AB2">
              <w:rPr>
                <w:rFonts w:ascii="Times New Roman" w:hAnsi="Times New Roman" w:cs="Times New Roman"/>
                <w:sz w:val="28"/>
                <w:szCs w:val="28"/>
                <w:lang w:val="es-ES"/>
              </w:rPr>
              <w:t xml:space="preserve">Le </w:t>
            </w:r>
            <w:proofErr w:type="spellStart"/>
            <w:r w:rsidRPr="00543AB2">
              <w:rPr>
                <w:rFonts w:ascii="Times New Roman" w:hAnsi="Times New Roman" w:cs="Times New Roman"/>
                <w:sz w:val="28"/>
                <w:szCs w:val="28"/>
                <w:lang w:val="es-ES"/>
              </w:rPr>
              <w:t>résumé</w:t>
            </w:r>
            <w:proofErr w:type="spellEnd"/>
            <w:r w:rsidRPr="00543AB2">
              <w:rPr>
                <w:rFonts w:ascii="Times New Roman" w:hAnsi="Times New Roman" w:cs="Times New Roman"/>
                <w:sz w:val="28"/>
                <w:szCs w:val="28"/>
                <w:lang w:val="es-ES"/>
              </w:rPr>
              <w:t xml:space="preserve"> est une </w:t>
            </w:r>
            <w:proofErr w:type="spellStart"/>
            <w:r w:rsidRPr="00543AB2">
              <w:rPr>
                <w:rFonts w:ascii="Times New Roman" w:hAnsi="Times New Roman" w:cs="Times New Roman"/>
                <w:sz w:val="28"/>
                <w:szCs w:val="28"/>
                <w:lang w:val="es-ES"/>
              </w:rPr>
              <w:t>synthèse</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brève</w:t>
            </w:r>
            <w:proofErr w:type="spellEnd"/>
            <w:r w:rsidRPr="00543AB2">
              <w:rPr>
                <w:rFonts w:ascii="Times New Roman" w:hAnsi="Times New Roman" w:cs="Times New Roman"/>
                <w:sz w:val="28"/>
                <w:szCs w:val="28"/>
                <w:lang w:val="es-ES"/>
              </w:rPr>
              <w:t xml:space="preserve"> et </w:t>
            </w:r>
            <w:proofErr w:type="spellStart"/>
            <w:r w:rsidRPr="00543AB2">
              <w:rPr>
                <w:rFonts w:ascii="Times New Roman" w:hAnsi="Times New Roman" w:cs="Times New Roman"/>
                <w:sz w:val="28"/>
                <w:szCs w:val="28"/>
                <w:lang w:val="es-ES"/>
              </w:rPr>
              <w:t>globale</w:t>
            </w:r>
            <w:proofErr w:type="spellEnd"/>
            <w:r w:rsidRPr="00543AB2">
              <w:rPr>
                <w:rFonts w:ascii="Times New Roman" w:hAnsi="Times New Roman" w:cs="Times New Roman"/>
                <w:sz w:val="28"/>
                <w:szCs w:val="28"/>
                <w:lang w:val="es-ES"/>
              </w:rPr>
              <w:t xml:space="preserve"> du </w:t>
            </w:r>
            <w:proofErr w:type="spellStart"/>
            <w:r w:rsidRPr="00543AB2">
              <w:rPr>
                <w:rFonts w:ascii="Times New Roman" w:hAnsi="Times New Roman" w:cs="Times New Roman"/>
                <w:sz w:val="28"/>
                <w:szCs w:val="28"/>
                <w:lang w:val="es-ES"/>
              </w:rPr>
              <w:t>contenu</w:t>
            </w:r>
            <w:proofErr w:type="spellEnd"/>
            <w:r w:rsidRPr="00543AB2">
              <w:rPr>
                <w:rFonts w:ascii="Times New Roman" w:hAnsi="Times New Roman" w:cs="Times New Roman"/>
                <w:sz w:val="28"/>
                <w:szCs w:val="28"/>
                <w:lang w:val="es-ES"/>
              </w:rPr>
              <w:t xml:space="preserve"> du </w:t>
            </w:r>
            <w:proofErr w:type="spellStart"/>
            <w:r w:rsidRPr="00543AB2">
              <w:rPr>
                <w:rFonts w:ascii="Times New Roman" w:hAnsi="Times New Roman" w:cs="Times New Roman"/>
                <w:sz w:val="28"/>
                <w:szCs w:val="28"/>
                <w:lang w:val="es-ES"/>
              </w:rPr>
              <w:t>travail</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permettant</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au</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lecteur</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d’en</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saisir</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rapidement</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l’essentiel</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Il</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doit</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être</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précis</w:t>
            </w:r>
            <w:proofErr w:type="spellEnd"/>
            <w:r w:rsidRPr="00543AB2">
              <w:rPr>
                <w:rFonts w:ascii="Times New Roman" w:hAnsi="Times New Roman" w:cs="Times New Roman"/>
                <w:sz w:val="28"/>
                <w:szCs w:val="28"/>
                <w:lang w:val="es-ES"/>
              </w:rPr>
              <w:t xml:space="preserve">, en </w:t>
            </w:r>
            <w:proofErr w:type="spellStart"/>
            <w:r w:rsidRPr="00543AB2">
              <w:rPr>
                <w:rFonts w:ascii="Times New Roman" w:hAnsi="Times New Roman" w:cs="Times New Roman"/>
                <w:sz w:val="28"/>
                <w:szCs w:val="28"/>
                <w:lang w:val="es-ES"/>
              </w:rPr>
              <w:t>reflétant</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correctement</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l’objectif</w:t>
            </w:r>
            <w:proofErr w:type="spellEnd"/>
            <w:r w:rsidRPr="00543AB2">
              <w:rPr>
                <w:rFonts w:ascii="Times New Roman" w:hAnsi="Times New Roman" w:cs="Times New Roman"/>
                <w:sz w:val="28"/>
                <w:szCs w:val="28"/>
                <w:lang w:val="es-ES"/>
              </w:rPr>
              <w:t xml:space="preserve"> et le </w:t>
            </w:r>
            <w:proofErr w:type="spellStart"/>
            <w:r w:rsidRPr="00543AB2">
              <w:rPr>
                <w:rFonts w:ascii="Times New Roman" w:hAnsi="Times New Roman" w:cs="Times New Roman"/>
                <w:sz w:val="28"/>
                <w:szCs w:val="28"/>
                <w:lang w:val="es-ES"/>
              </w:rPr>
              <w:t>contenu</w:t>
            </w:r>
            <w:proofErr w:type="spellEnd"/>
            <w:r w:rsidRPr="00543AB2">
              <w:rPr>
                <w:rFonts w:ascii="Times New Roman" w:hAnsi="Times New Roman" w:cs="Times New Roman"/>
                <w:sz w:val="28"/>
                <w:szCs w:val="28"/>
                <w:lang w:val="es-ES"/>
              </w:rPr>
              <w:t xml:space="preserve"> de </w:t>
            </w:r>
            <w:proofErr w:type="spellStart"/>
            <w:proofErr w:type="gramStart"/>
            <w:r w:rsidRPr="00543AB2">
              <w:rPr>
                <w:rFonts w:ascii="Times New Roman" w:hAnsi="Times New Roman" w:cs="Times New Roman"/>
                <w:sz w:val="28"/>
                <w:szCs w:val="28"/>
                <w:lang w:val="es-ES"/>
              </w:rPr>
              <w:t>l’étude</w:t>
            </w:r>
            <w:proofErr w:type="spellEnd"/>
            <w:r w:rsidRPr="00543AB2">
              <w:rPr>
                <w:rFonts w:ascii="Times New Roman" w:hAnsi="Times New Roman" w:cs="Times New Roman"/>
                <w:sz w:val="28"/>
                <w:szCs w:val="28"/>
                <w:lang w:val="es-ES"/>
              </w:rPr>
              <w:t xml:space="preserve"> ;</w:t>
            </w:r>
            <w:proofErr w:type="gramEnd"/>
            <w:r w:rsidRPr="00543AB2">
              <w:rPr>
                <w:rFonts w:ascii="Times New Roman" w:hAnsi="Times New Roman" w:cs="Times New Roman"/>
                <w:sz w:val="28"/>
                <w:szCs w:val="28"/>
                <w:lang w:val="es-ES"/>
              </w:rPr>
              <w:t xml:space="preserve"> non </w:t>
            </w:r>
            <w:proofErr w:type="spellStart"/>
            <w:r w:rsidRPr="00543AB2">
              <w:rPr>
                <w:rFonts w:ascii="Times New Roman" w:hAnsi="Times New Roman" w:cs="Times New Roman"/>
                <w:sz w:val="28"/>
                <w:szCs w:val="28"/>
                <w:lang w:val="es-ES"/>
              </w:rPr>
              <w:t>évaluatif</w:t>
            </w:r>
            <w:proofErr w:type="spellEnd"/>
            <w:r w:rsidRPr="00543AB2">
              <w:rPr>
                <w:rFonts w:ascii="Times New Roman" w:hAnsi="Times New Roman" w:cs="Times New Roman"/>
                <w:sz w:val="28"/>
                <w:szCs w:val="28"/>
                <w:lang w:val="es-ES"/>
              </w:rPr>
              <w:t xml:space="preserve">, en </w:t>
            </w:r>
            <w:proofErr w:type="spellStart"/>
            <w:r w:rsidRPr="00543AB2">
              <w:rPr>
                <w:rFonts w:ascii="Times New Roman" w:hAnsi="Times New Roman" w:cs="Times New Roman"/>
                <w:sz w:val="28"/>
                <w:szCs w:val="28"/>
                <w:lang w:val="es-ES"/>
              </w:rPr>
              <w:t>informant</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plutôt</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qu’en</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portant</w:t>
            </w:r>
            <w:proofErr w:type="spellEnd"/>
            <w:r w:rsidRPr="00543AB2">
              <w:rPr>
                <w:rFonts w:ascii="Times New Roman" w:hAnsi="Times New Roman" w:cs="Times New Roman"/>
                <w:sz w:val="28"/>
                <w:szCs w:val="28"/>
                <w:lang w:val="es-ES"/>
              </w:rPr>
              <w:t xml:space="preserve"> un </w:t>
            </w:r>
            <w:proofErr w:type="spellStart"/>
            <w:r w:rsidRPr="00543AB2">
              <w:rPr>
                <w:rFonts w:ascii="Times New Roman" w:hAnsi="Times New Roman" w:cs="Times New Roman"/>
                <w:sz w:val="28"/>
                <w:szCs w:val="28"/>
                <w:lang w:val="es-ES"/>
              </w:rPr>
              <w:t>jugement</w:t>
            </w:r>
            <w:proofErr w:type="spellEnd"/>
            <w:r w:rsidRPr="00543AB2">
              <w:rPr>
                <w:rFonts w:ascii="Times New Roman" w:hAnsi="Times New Roman" w:cs="Times New Roman"/>
                <w:sz w:val="28"/>
                <w:szCs w:val="28"/>
                <w:lang w:val="es-ES"/>
              </w:rPr>
              <w:t xml:space="preserve"> ; </w:t>
            </w:r>
            <w:proofErr w:type="spellStart"/>
            <w:r w:rsidRPr="00543AB2">
              <w:rPr>
                <w:rFonts w:ascii="Times New Roman" w:hAnsi="Times New Roman" w:cs="Times New Roman"/>
                <w:sz w:val="28"/>
                <w:szCs w:val="28"/>
                <w:lang w:val="es-ES"/>
              </w:rPr>
              <w:t>cohérent</w:t>
            </w:r>
            <w:proofErr w:type="spellEnd"/>
            <w:r w:rsidRPr="00543AB2">
              <w:rPr>
                <w:rFonts w:ascii="Times New Roman" w:hAnsi="Times New Roman" w:cs="Times New Roman"/>
                <w:sz w:val="28"/>
                <w:szCs w:val="28"/>
                <w:lang w:val="es-ES"/>
              </w:rPr>
              <w:t xml:space="preserve"> et </w:t>
            </w:r>
            <w:proofErr w:type="spellStart"/>
            <w:r w:rsidRPr="00543AB2">
              <w:rPr>
                <w:rFonts w:ascii="Times New Roman" w:hAnsi="Times New Roman" w:cs="Times New Roman"/>
                <w:sz w:val="28"/>
                <w:szCs w:val="28"/>
                <w:lang w:val="es-ES"/>
              </w:rPr>
              <w:t>lisible</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grâce</w:t>
            </w:r>
            <w:proofErr w:type="spellEnd"/>
            <w:r w:rsidRPr="00543AB2">
              <w:rPr>
                <w:rFonts w:ascii="Times New Roman" w:hAnsi="Times New Roman" w:cs="Times New Roman"/>
                <w:sz w:val="28"/>
                <w:szCs w:val="28"/>
                <w:lang w:val="es-ES"/>
              </w:rPr>
              <w:t xml:space="preserve"> à un </w:t>
            </w:r>
            <w:proofErr w:type="spellStart"/>
            <w:r w:rsidRPr="00543AB2">
              <w:rPr>
                <w:rFonts w:ascii="Times New Roman" w:hAnsi="Times New Roman" w:cs="Times New Roman"/>
                <w:sz w:val="28"/>
                <w:szCs w:val="28"/>
                <w:lang w:val="es-ES"/>
              </w:rPr>
              <w:t>langage</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clair</w:t>
            </w:r>
            <w:proofErr w:type="spellEnd"/>
            <w:r w:rsidRPr="00543AB2">
              <w:rPr>
                <w:rFonts w:ascii="Times New Roman" w:hAnsi="Times New Roman" w:cs="Times New Roman"/>
                <w:sz w:val="28"/>
                <w:szCs w:val="28"/>
                <w:lang w:val="es-ES"/>
              </w:rPr>
              <w:t xml:space="preserve"> et à </w:t>
            </w:r>
            <w:proofErr w:type="spellStart"/>
            <w:r w:rsidRPr="00543AB2">
              <w:rPr>
                <w:rFonts w:ascii="Times New Roman" w:hAnsi="Times New Roman" w:cs="Times New Roman"/>
                <w:sz w:val="28"/>
                <w:szCs w:val="28"/>
                <w:lang w:val="es-ES"/>
              </w:rPr>
              <w:t>l’emploi</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privilégié</w:t>
            </w:r>
            <w:proofErr w:type="spellEnd"/>
            <w:r w:rsidRPr="00543AB2">
              <w:rPr>
                <w:rFonts w:ascii="Times New Roman" w:hAnsi="Times New Roman" w:cs="Times New Roman"/>
                <w:sz w:val="28"/>
                <w:szCs w:val="28"/>
                <w:lang w:val="es-ES"/>
              </w:rPr>
              <w:t xml:space="preserve"> de la </w:t>
            </w:r>
            <w:proofErr w:type="spellStart"/>
            <w:r w:rsidRPr="00543AB2">
              <w:rPr>
                <w:rFonts w:ascii="Times New Roman" w:hAnsi="Times New Roman" w:cs="Times New Roman"/>
                <w:sz w:val="28"/>
                <w:szCs w:val="28"/>
                <w:lang w:val="es-ES"/>
              </w:rPr>
              <w:t>voix</w:t>
            </w:r>
            <w:proofErr w:type="spellEnd"/>
            <w:r w:rsidRPr="00543AB2">
              <w:rPr>
                <w:rFonts w:ascii="Times New Roman" w:hAnsi="Times New Roman" w:cs="Times New Roman"/>
                <w:sz w:val="28"/>
                <w:szCs w:val="28"/>
                <w:lang w:val="es-ES"/>
              </w:rPr>
              <w:t xml:space="preserve"> active ; et </w:t>
            </w:r>
            <w:proofErr w:type="spellStart"/>
            <w:r w:rsidRPr="00543AB2">
              <w:rPr>
                <w:rFonts w:ascii="Times New Roman" w:hAnsi="Times New Roman" w:cs="Times New Roman"/>
                <w:sz w:val="28"/>
                <w:szCs w:val="28"/>
                <w:lang w:val="es-ES"/>
              </w:rPr>
              <w:t>concis</w:t>
            </w:r>
            <w:proofErr w:type="spellEnd"/>
            <w:r w:rsidRPr="00543AB2">
              <w:rPr>
                <w:rFonts w:ascii="Times New Roman" w:hAnsi="Times New Roman" w:cs="Times New Roman"/>
                <w:sz w:val="28"/>
                <w:szCs w:val="28"/>
                <w:lang w:val="es-ES"/>
              </w:rPr>
              <w:t xml:space="preserve">, en </w:t>
            </w:r>
            <w:proofErr w:type="spellStart"/>
            <w:r w:rsidRPr="00543AB2">
              <w:rPr>
                <w:rFonts w:ascii="Times New Roman" w:hAnsi="Times New Roman" w:cs="Times New Roman"/>
                <w:sz w:val="28"/>
                <w:szCs w:val="28"/>
                <w:lang w:val="es-ES"/>
              </w:rPr>
              <w:t>ne</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présentant</w:t>
            </w:r>
            <w:proofErr w:type="spellEnd"/>
            <w:r w:rsidRPr="00543AB2">
              <w:rPr>
                <w:rFonts w:ascii="Times New Roman" w:hAnsi="Times New Roman" w:cs="Times New Roman"/>
                <w:sz w:val="28"/>
                <w:szCs w:val="28"/>
                <w:lang w:val="es-ES"/>
              </w:rPr>
              <w:t xml:space="preserve"> que les </w:t>
            </w:r>
            <w:proofErr w:type="spellStart"/>
            <w:r w:rsidRPr="00543AB2">
              <w:rPr>
                <w:rFonts w:ascii="Times New Roman" w:hAnsi="Times New Roman" w:cs="Times New Roman"/>
                <w:sz w:val="28"/>
                <w:szCs w:val="28"/>
                <w:lang w:val="es-ES"/>
              </w:rPr>
              <w:t>éléments</w:t>
            </w:r>
            <w:proofErr w:type="spellEnd"/>
            <w:r w:rsidRPr="00543AB2">
              <w:rPr>
                <w:rFonts w:ascii="Times New Roman" w:hAnsi="Times New Roman" w:cs="Times New Roman"/>
                <w:sz w:val="28"/>
                <w:szCs w:val="28"/>
                <w:lang w:val="es-ES"/>
              </w:rPr>
              <w:t xml:space="preserve"> les plus </w:t>
            </w:r>
            <w:proofErr w:type="spellStart"/>
            <w:r w:rsidRPr="00543AB2">
              <w:rPr>
                <w:rFonts w:ascii="Times New Roman" w:hAnsi="Times New Roman" w:cs="Times New Roman"/>
                <w:sz w:val="28"/>
                <w:szCs w:val="28"/>
                <w:lang w:val="es-ES"/>
              </w:rPr>
              <w:t>importants</w:t>
            </w:r>
            <w:proofErr w:type="spellEnd"/>
            <w:r w:rsidRPr="00543AB2">
              <w:rPr>
                <w:rFonts w:ascii="Times New Roman" w:hAnsi="Times New Roman" w:cs="Times New Roman"/>
                <w:sz w:val="28"/>
                <w:szCs w:val="28"/>
                <w:lang w:val="es-ES"/>
              </w:rPr>
              <w:t xml:space="preserve">. </w:t>
            </w:r>
            <w:r w:rsidRPr="00543AB2">
              <w:rPr>
                <w:rFonts w:ascii="Times New Roman" w:hAnsi="Times New Roman" w:cs="Times New Roman"/>
                <w:sz w:val="28"/>
                <w:szCs w:val="28"/>
              </w:rPr>
              <w:t>Le résumé ne doit pas dépasser 250 mots.</w:t>
            </w:r>
          </w:p>
        </w:tc>
      </w:tr>
    </w:tbl>
    <w:p w14:paraId="1E5FE125" w14:textId="77777777" w:rsidR="00386F09" w:rsidRPr="00543AB2" w:rsidRDefault="00000000" w:rsidP="00543AB2">
      <w:pPr>
        <w:jc w:val="both"/>
        <w:rPr>
          <w:rFonts w:ascii="Times New Roman" w:hAnsi="Times New Roman" w:cs="Times New Roman"/>
          <w:sz w:val="28"/>
          <w:szCs w:val="28"/>
        </w:rPr>
      </w:pPr>
      <w:r w:rsidRPr="00543AB2">
        <w:rPr>
          <w:rFonts w:ascii="Times New Roman" w:hAnsi="Times New Roman" w:cs="Times New Roman"/>
          <w:sz w:val="28"/>
          <w:szCs w:val="28"/>
        </w:rPr>
        <w:br w:type="page"/>
      </w:r>
    </w:p>
    <w:p w14:paraId="5F4D1D2F" w14:textId="77777777" w:rsidR="00386F09" w:rsidRDefault="00000000">
      <w:pPr>
        <w:spacing w:before="360" w:after="320"/>
        <w:jc w:val="center"/>
      </w:pPr>
      <w:r>
        <w:rPr>
          <w:b/>
          <w:color w:val="17365D"/>
          <w:sz w:val="30"/>
        </w:rPr>
        <w:lastRenderedPageBreak/>
        <w:t>TITLE OF THE RESEARCH PAPER IN ENGLISH</w:t>
      </w:r>
    </w:p>
    <w:p w14:paraId="2C657EA0" w14:textId="77777777" w:rsidR="00386F09" w:rsidRPr="00543AB2" w:rsidRDefault="00000000" w:rsidP="00543AB2">
      <w:pPr>
        <w:spacing w:before="200" w:after="100"/>
        <w:jc w:val="both"/>
        <w:rPr>
          <w:rFonts w:ascii="Times New Roman" w:hAnsi="Times New Roman" w:cs="Times New Roman"/>
          <w:sz w:val="28"/>
          <w:szCs w:val="28"/>
        </w:rPr>
      </w:pPr>
      <w:r w:rsidRPr="00543AB2">
        <w:rPr>
          <w:rFonts w:ascii="Times New Roman" w:hAnsi="Times New Roman" w:cs="Times New Roman"/>
          <w:b/>
          <w:color w:val="17365D"/>
          <w:sz w:val="28"/>
          <w:szCs w:val="28"/>
        </w:rPr>
        <w:t>ABSTRACT</w:t>
      </w:r>
    </w:p>
    <w:tbl>
      <w:tblPr>
        <w:tblW w:w="0" w:type="auto"/>
        <w:jc w:val="center"/>
        <w:tblLayout w:type="fixed"/>
        <w:tblLook w:val="04A0" w:firstRow="1" w:lastRow="0" w:firstColumn="1" w:lastColumn="0" w:noHBand="0" w:noVBand="1"/>
      </w:tblPr>
      <w:tblGrid>
        <w:gridCol w:w="4680"/>
        <w:gridCol w:w="4680"/>
      </w:tblGrid>
      <w:tr w:rsidR="00386F09" w:rsidRPr="00543AB2" w14:paraId="615F0E63" w14:textId="77777777">
        <w:trPr>
          <w:jc w:val="center"/>
        </w:trPr>
        <w:tc>
          <w:tcPr>
            <w:tcW w:w="4680" w:type="dxa"/>
            <w:shd w:val="clear" w:color="auto" w:fill="F2F2F2"/>
            <w:tcMar>
              <w:top w:w="140" w:type="dxa"/>
              <w:left w:w="140" w:type="dxa"/>
              <w:bottom w:w="140" w:type="dxa"/>
              <w:right w:w="140" w:type="dxa"/>
            </w:tcMar>
            <w:vAlign w:val="center"/>
          </w:tcPr>
          <w:p w14:paraId="4CB77ED7" w14:textId="77777777" w:rsidR="00386F09" w:rsidRPr="00543AB2" w:rsidRDefault="00000000" w:rsidP="00543AB2">
            <w:pPr>
              <w:jc w:val="both"/>
              <w:rPr>
                <w:rFonts w:ascii="Times New Roman" w:hAnsi="Times New Roman" w:cs="Times New Roman"/>
                <w:sz w:val="28"/>
                <w:szCs w:val="28"/>
              </w:rPr>
            </w:pPr>
            <w:r w:rsidRPr="00543AB2">
              <w:rPr>
                <w:rFonts w:ascii="Times New Roman" w:hAnsi="Times New Roman" w:cs="Times New Roman"/>
                <w:b/>
                <w:sz w:val="28"/>
                <w:szCs w:val="28"/>
              </w:rPr>
              <w:t>Keywords:</w:t>
            </w:r>
            <w:r w:rsidRPr="00543AB2">
              <w:rPr>
                <w:rFonts w:ascii="Times New Roman" w:hAnsi="Times New Roman" w:cs="Times New Roman"/>
                <w:b/>
                <w:sz w:val="28"/>
                <w:szCs w:val="28"/>
              </w:rPr>
              <w:br/>
            </w:r>
            <w:r w:rsidRPr="00543AB2">
              <w:rPr>
                <w:rFonts w:ascii="Times New Roman" w:hAnsi="Times New Roman" w:cs="Times New Roman"/>
                <w:b/>
                <w:sz w:val="28"/>
                <w:szCs w:val="28"/>
              </w:rPr>
              <w:br/>
              <w:t>Three to five keywords, separated by commas.</w:t>
            </w:r>
          </w:p>
        </w:tc>
        <w:tc>
          <w:tcPr>
            <w:tcW w:w="4680" w:type="dxa"/>
            <w:tcMar>
              <w:top w:w="140" w:type="dxa"/>
              <w:left w:w="140" w:type="dxa"/>
              <w:bottom w:w="140" w:type="dxa"/>
              <w:right w:w="140" w:type="dxa"/>
            </w:tcMar>
            <w:vAlign w:val="center"/>
          </w:tcPr>
          <w:p w14:paraId="3689D938" w14:textId="77777777" w:rsidR="00386F09" w:rsidRPr="00543AB2" w:rsidRDefault="00000000" w:rsidP="00543AB2">
            <w:pPr>
              <w:jc w:val="both"/>
              <w:rPr>
                <w:rFonts w:ascii="Times New Roman" w:hAnsi="Times New Roman" w:cs="Times New Roman"/>
                <w:sz w:val="28"/>
                <w:szCs w:val="28"/>
              </w:rPr>
            </w:pPr>
            <w:r w:rsidRPr="00543AB2">
              <w:rPr>
                <w:rFonts w:ascii="Times New Roman" w:hAnsi="Times New Roman" w:cs="Times New Roman"/>
                <w:sz w:val="28"/>
                <w:szCs w:val="28"/>
              </w:rPr>
              <w:t xml:space="preserve">L’Abstract constitue la version anglaise du résumé. Il doit présenter de manière fidèle, claire et concise l’objectif, la méthode, les principaux résultats et les conclusions essentielles de l’étude. Il doit être cohérent, lisible et informatif, sans appréciation subjective. </w:t>
            </w:r>
            <w:r w:rsidRPr="00543AB2">
              <w:rPr>
                <w:rFonts w:ascii="Times New Roman" w:hAnsi="Times New Roman" w:cs="Times New Roman"/>
                <w:sz w:val="28"/>
                <w:szCs w:val="28"/>
                <w:lang w:val="es-ES"/>
              </w:rPr>
              <w:t xml:space="preserve">La </w:t>
            </w:r>
            <w:proofErr w:type="spellStart"/>
            <w:r w:rsidRPr="00543AB2">
              <w:rPr>
                <w:rFonts w:ascii="Times New Roman" w:hAnsi="Times New Roman" w:cs="Times New Roman"/>
                <w:sz w:val="28"/>
                <w:szCs w:val="28"/>
                <w:lang w:val="es-ES"/>
              </w:rPr>
              <w:t>voix</w:t>
            </w:r>
            <w:proofErr w:type="spellEnd"/>
            <w:r w:rsidRPr="00543AB2">
              <w:rPr>
                <w:rFonts w:ascii="Times New Roman" w:hAnsi="Times New Roman" w:cs="Times New Roman"/>
                <w:sz w:val="28"/>
                <w:szCs w:val="28"/>
                <w:lang w:val="es-ES"/>
              </w:rPr>
              <w:t xml:space="preserve"> active est </w:t>
            </w:r>
            <w:proofErr w:type="spellStart"/>
            <w:r w:rsidRPr="00543AB2">
              <w:rPr>
                <w:rFonts w:ascii="Times New Roman" w:hAnsi="Times New Roman" w:cs="Times New Roman"/>
                <w:sz w:val="28"/>
                <w:szCs w:val="28"/>
                <w:lang w:val="es-ES"/>
              </w:rPr>
              <w:t>recommandée</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lorsque</w:t>
            </w:r>
            <w:proofErr w:type="spellEnd"/>
            <w:r w:rsidRPr="00543AB2">
              <w:rPr>
                <w:rFonts w:ascii="Times New Roman" w:hAnsi="Times New Roman" w:cs="Times New Roman"/>
                <w:sz w:val="28"/>
                <w:szCs w:val="28"/>
                <w:lang w:val="es-ES"/>
              </w:rPr>
              <w:t xml:space="preserve"> cela </w:t>
            </w:r>
            <w:proofErr w:type="spellStart"/>
            <w:r w:rsidRPr="00543AB2">
              <w:rPr>
                <w:rFonts w:ascii="Times New Roman" w:hAnsi="Times New Roman" w:cs="Times New Roman"/>
                <w:sz w:val="28"/>
                <w:szCs w:val="28"/>
                <w:lang w:val="es-ES"/>
              </w:rPr>
              <w:t>améliore</w:t>
            </w:r>
            <w:proofErr w:type="spellEnd"/>
            <w:r w:rsidRPr="00543AB2">
              <w:rPr>
                <w:rFonts w:ascii="Times New Roman" w:hAnsi="Times New Roman" w:cs="Times New Roman"/>
                <w:sz w:val="28"/>
                <w:szCs w:val="28"/>
                <w:lang w:val="es-ES"/>
              </w:rPr>
              <w:t xml:space="preserve"> la </w:t>
            </w:r>
            <w:proofErr w:type="spellStart"/>
            <w:r w:rsidRPr="00543AB2">
              <w:rPr>
                <w:rFonts w:ascii="Times New Roman" w:hAnsi="Times New Roman" w:cs="Times New Roman"/>
                <w:sz w:val="28"/>
                <w:szCs w:val="28"/>
                <w:lang w:val="es-ES"/>
              </w:rPr>
              <w:t>clarté</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rPr>
              <w:t>L’Abstract</w:t>
            </w:r>
            <w:proofErr w:type="spellEnd"/>
            <w:r w:rsidRPr="00543AB2">
              <w:rPr>
                <w:rFonts w:ascii="Times New Roman" w:hAnsi="Times New Roman" w:cs="Times New Roman"/>
                <w:sz w:val="28"/>
                <w:szCs w:val="28"/>
              </w:rPr>
              <w:t xml:space="preserve"> ne doit pas dépasser 250 mots.</w:t>
            </w:r>
          </w:p>
        </w:tc>
      </w:tr>
    </w:tbl>
    <w:p w14:paraId="16B7CC07" w14:textId="77777777" w:rsidR="00386F09" w:rsidRPr="00543AB2" w:rsidRDefault="00000000" w:rsidP="00543AB2">
      <w:pPr>
        <w:spacing w:before="280"/>
        <w:jc w:val="both"/>
        <w:rPr>
          <w:rFonts w:ascii="Times New Roman" w:hAnsi="Times New Roman" w:cs="Times New Roman"/>
          <w:sz w:val="28"/>
          <w:szCs w:val="28"/>
          <w:lang w:val="es-ES"/>
        </w:rPr>
      </w:pPr>
      <w:r w:rsidRPr="00543AB2">
        <w:rPr>
          <w:rFonts w:ascii="Times New Roman" w:hAnsi="Times New Roman" w:cs="Times New Roman"/>
          <w:b/>
          <w:color w:val="17365D"/>
          <w:sz w:val="28"/>
          <w:szCs w:val="28"/>
          <w:lang w:val="es-ES"/>
        </w:rPr>
        <w:t xml:space="preserve">Remarque </w:t>
      </w:r>
      <w:proofErr w:type="spellStart"/>
      <w:proofErr w:type="gramStart"/>
      <w:r w:rsidRPr="00543AB2">
        <w:rPr>
          <w:rFonts w:ascii="Times New Roman" w:hAnsi="Times New Roman" w:cs="Times New Roman"/>
          <w:b/>
          <w:color w:val="17365D"/>
          <w:sz w:val="28"/>
          <w:szCs w:val="28"/>
          <w:lang w:val="es-ES"/>
        </w:rPr>
        <w:t>éditoriale</w:t>
      </w:r>
      <w:proofErr w:type="spellEnd"/>
      <w:r w:rsidRPr="00543AB2">
        <w:rPr>
          <w:rFonts w:ascii="Times New Roman" w:hAnsi="Times New Roman" w:cs="Times New Roman"/>
          <w:b/>
          <w:color w:val="17365D"/>
          <w:sz w:val="28"/>
          <w:szCs w:val="28"/>
          <w:lang w:val="es-ES"/>
        </w:rPr>
        <w:t xml:space="preserve"> :</w:t>
      </w:r>
      <w:proofErr w:type="gramEnd"/>
      <w:r w:rsidRPr="00543AB2">
        <w:rPr>
          <w:rFonts w:ascii="Times New Roman" w:hAnsi="Times New Roman" w:cs="Times New Roman"/>
          <w:b/>
          <w:color w:val="17365D"/>
          <w:sz w:val="28"/>
          <w:szCs w:val="28"/>
          <w:lang w:val="es-ES"/>
        </w:rPr>
        <w:t xml:space="preserve"> </w:t>
      </w:r>
      <w:r w:rsidRPr="00543AB2">
        <w:rPr>
          <w:rFonts w:ascii="Times New Roman" w:hAnsi="Times New Roman" w:cs="Times New Roman"/>
          <w:sz w:val="28"/>
          <w:szCs w:val="28"/>
          <w:lang w:val="es-ES"/>
        </w:rPr>
        <w:t xml:space="preserve">le </w:t>
      </w:r>
      <w:proofErr w:type="spellStart"/>
      <w:r w:rsidRPr="00543AB2">
        <w:rPr>
          <w:rFonts w:ascii="Times New Roman" w:hAnsi="Times New Roman" w:cs="Times New Roman"/>
          <w:sz w:val="28"/>
          <w:szCs w:val="28"/>
          <w:lang w:val="es-ES"/>
        </w:rPr>
        <w:t>titre</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l’Abstract</w:t>
      </w:r>
      <w:proofErr w:type="spellEnd"/>
      <w:r w:rsidRPr="00543AB2">
        <w:rPr>
          <w:rFonts w:ascii="Times New Roman" w:hAnsi="Times New Roman" w:cs="Times New Roman"/>
          <w:sz w:val="28"/>
          <w:szCs w:val="28"/>
          <w:lang w:val="es-ES"/>
        </w:rPr>
        <w:t xml:space="preserve"> et les </w:t>
      </w:r>
      <w:proofErr w:type="spellStart"/>
      <w:r w:rsidRPr="00543AB2">
        <w:rPr>
          <w:rFonts w:ascii="Times New Roman" w:hAnsi="Times New Roman" w:cs="Times New Roman"/>
          <w:sz w:val="28"/>
          <w:szCs w:val="28"/>
          <w:lang w:val="es-ES"/>
        </w:rPr>
        <w:t>Keywords</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doivent</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être</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rédigés</w:t>
      </w:r>
      <w:proofErr w:type="spellEnd"/>
      <w:r w:rsidRPr="00543AB2">
        <w:rPr>
          <w:rFonts w:ascii="Times New Roman" w:hAnsi="Times New Roman" w:cs="Times New Roman"/>
          <w:sz w:val="28"/>
          <w:szCs w:val="28"/>
          <w:lang w:val="es-ES"/>
        </w:rPr>
        <w:t xml:space="preserve"> en </w:t>
      </w:r>
      <w:proofErr w:type="spellStart"/>
      <w:r w:rsidRPr="00543AB2">
        <w:rPr>
          <w:rFonts w:ascii="Times New Roman" w:hAnsi="Times New Roman" w:cs="Times New Roman"/>
          <w:sz w:val="28"/>
          <w:szCs w:val="28"/>
          <w:lang w:val="es-ES"/>
        </w:rPr>
        <w:t>anglais</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même</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lorsque</w:t>
      </w:r>
      <w:proofErr w:type="spellEnd"/>
      <w:r w:rsidRPr="00543AB2">
        <w:rPr>
          <w:rFonts w:ascii="Times New Roman" w:hAnsi="Times New Roman" w:cs="Times New Roman"/>
          <w:sz w:val="28"/>
          <w:szCs w:val="28"/>
          <w:lang w:val="es-ES"/>
        </w:rPr>
        <w:t xml:space="preserve"> le corps de </w:t>
      </w:r>
      <w:proofErr w:type="spellStart"/>
      <w:r w:rsidRPr="00543AB2">
        <w:rPr>
          <w:rFonts w:ascii="Times New Roman" w:hAnsi="Times New Roman" w:cs="Times New Roman"/>
          <w:sz w:val="28"/>
          <w:szCs w:val="28"/>
          <w:lang w:val="es-ES"/>
        </w:rPr>
        <w:t>l’article</w:t>
      </w:r>
      <w:proofErr w:type="spellEnd"/>
      <w:r w:rsidRPr="00543AB2">
        <w:rPr>
          <w:rFonts w:ascii="Times New Roman" w:hAnsi="Times New Roman" w:cs="Times New Roman"/>
          <w:sz w:val="28"/>
          <w:szCs w:val="28"/>
          <w:lang w:val="es-ES"/>
        </w:rPr>
        <w:t xml:space="preserve"> est en </w:t>
      </w:r>
      <w:proofErr w:type="spellStart"/>
      <w:r w:rsidRPr="00543AB2">
        <w:rPr>
          <w:rFonts w:ascii="Times New Roman" w:hAnsi="Times New Roman" w:cs="Times New Roman"/>
          <w:sz w:val="28"/>
          <w:szCs w:val="28"/>
          <w:lang w:val="es-ES"/>
        </w:rPr>
        <w:t>français</w:t>
      </w:r>
      <w:proofErr w:type="spellEnd"/>
      <w:r w:rsidRPr="00543AB2">
        <w:rPr>
          <w:rFonts w:ascii="Times New Roman" w:hAnsi="Times New Roman" w:cs="Times New Roman"/>
          <w:sz w:val="28"/>
          <w:szCs w:val="28"/>
          <w:lang w:val="es-ES"/>
        </w:rPr>
        <w:t>.</w:t>
      </w:r>
    </w:p>
    <w:p w14:paraId="241AD6C7" w14:textId="77777777" w:rsidR="00386F09" w:rsidRPr="00543AB2" w:rsidRDefault="00000000" w:rsidP="00543AB2">
      <w:pPr>
        <w:jc w:val="both"/>
        <w:rPr>
          <w:rFonts w:ascii="Times New Roman" w:hAnsi="Times New Roman" w:cs="Times New Roman"/>
          <w:sz w:val="28"/>
          <w:szCs w:val="28"/>
          <w:lang w:val="es-ES"/>
        </w:rPr>
      </w:pPr>
      <w:r w:rsidRPr="00543AB2">
        <w:rPr>
          <w:rFonts w:ascii="Times New Roman" w:hAnsi="Times New Roman" w:cs="Times New Roman"/>
          <w:sz w:val="28"/>
          <w:szCs w:val="28"/>
          <w:lang w:val="es-ES"/>
        </w:rPr>
        <w:br w:type="page"/>
      </w:r>
    </w:p>
    <w:p w14:paraId="34AE468B" w14:textId="77777777" w:rsidR="00386F09" w:rsidRPr="00543AB2" w:rsidRDefault="00000000" w:rsidP="00543AB2">
      <w:pPr>
        <w:spacing w:before="200" w:after="100"/>
        <w:jc w:val="both"/>
        <w:rPr>
          <w:rFonts w:ascii="Times New Roman" w:hAnsi="Times New Roman" w:cs="Times New Roman"/>
          <w:sz w:val="28"/>
          <w:szCs w:val="28"/>
          <w:lang w:val="es-ES"/>
        </w:rPr>
      </w:pPr>
      <w:r w:rsidRPr="00543AB2">
        <w:rPr>
          <w:rFonts w:ascii="Times New Roman" w:hAnsi="Times New Roman" w:cs="Times New Roman"/>
          <w:b/>
          <w:color w:val="17365D"/>
          <w:sz w:val="28"/>
          <w:szCs w:val="28"/>
          <w:lang w:val="es-ES"/>
        </w:rPr>
        <w:lastRenderedPageBreak/>
        <w:t>INTRODUCTION</w:t>
      </w:r>
    </w:p>
    <w:p w14:paraId="1CD50975" w14:textId="77777777" w:rsidR="00386F09" w:rsidRPr="00543AB2" w:rsidRDefault="00000000" w:rsidP="00543AB2">
      <w:pPr>
        <w:jc w:val="both"/>
        <w:rPr>
          <w:rFonts w:ascii="Times New Roman" w:hAnsi="Times New Roman" w:cs="Times New Roman"/>
          <w:sz w:val="28"/>
          <w:szCs w:val="28"/>
          <w:lang w:val="es-ES"/>
        </w:rPr>
      </w:pPr>
      <w:proofErr w:type="spellStart"/>
      <w:r w:rsidRPr="00543AB2">
        <w:rPr>
          <w:rFonts w:ascii="Times New Roman" w:hAnsi="Times New Roman" w:cs="Times New Roman"/>
          <w:sz w:val="28"/>
          <w:szCs w:val="28"/>
          <w:lang w:val="es-ES"/>
        </w:rPr>
        <w:t>L’introduction</w:t>
      </w:r>
      <w:proofErr w:type="spellEnd"/>
      <w:r w:rsidRPr="00543AB2">
        <w:rPr>
          <w:rFonts w:ascii="Times New Roman" w:hAnsi="Times New Roman" w:cs="Times New Roman"/>
          <w:sz w:val="28"/>
          <w:szCs w:val="28"/>
          <w:lang w:val="es-ES"/>
        </w:rPr>
        <w:t xml:space="preserve"> a </w:t>
      </w:r>
      <w:proofErr w:type="spellStart"/>
      <w:r w:rsidRPr="00543AB2">
        <w:rPr>
          <w:rFonts w:ascii="Times New Roman" w:hAnsi="Times New Roman" w:cs="Times New Roman"/>
          <w:sz w:val="28"/>
          <w:szCs w:val="28"/>
          <w:lang w:val="es-ES"/>
        </w:rPr>
        <w:t>pour</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fonction</w:t>
      </w:r>
      <w:proofErr w:type="spellEnd"/>
      <w:r w:rsidRPr="00543AB2">
        <w:rPr>
          <w:rFonts w:ascii="Times New Roman" w:hAnsi="Times New Roman" w:cs="Times New Roman"/>
          <w:sz w:val="28"/>
          <w:szCs w:val="28"/>
          <w:lang w:val="es-ES"/>
        </w:rPr>
        <w:t xml:space="preserve"> de présenter </w:t>
      </w:r>
      <w:proofErr w:type="spellStart"/>
      <w:r w:rsidRPr="00543AB2">
        <w:rPr>
          <w:rFonts w:ascii="Times New Roman" w:hAnsi="Times New Roman" w:cs="Times New Roman"/>
          <w:sz w:val="28"/>
          <w:szCs w:val="28"/>
          <w:lang w:val="es-ES"/>
        </w:rPr>
        <w:t>au</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lecteur</w:t>
      </w:r>
      <w:proofErr w:type="spellEnd"/>
      <w:r w:rsidRPr="00543AB2">
        <w:rPr>
          <w:rFonts w:ascii="Times New Roman" w:hAnsi="Times New Roman" w:cs="Times New Roman"/>
          <w:sz w:val="28"/>
          <w:szCs w:val="28"/>
          <w:lang w:val="es-ES"/>
        </w:rPr>
        <w:t xml:space="preserve"> le </w:t>
      </w:r>
      <w:proofErr w:type="spellStart"/>
      <w:r w:rsidRPr="00543AB2">
        <w:rPr>
          <w:rFonts w:ascii="Times New Roman" w:hAnsi="Times New Roman" w:cs="Times New Roman"/>
          <w:sz w:val="28"/>
          <w:szCs w:val="28"/>
          <w:lang w:val="es-ES"/>
        </w:rPr>
        <w:t>thème</w:t>
      </w:r>
      <w:proofErr w:type="spellEnd"/>
      <w:r w:rsidRPr="00543AB2">
        <w:rPr>
          <w:rFonts w:ascii="Times New Roman" w:hAnsi="Times New Roman" w:cs="Times New Roman"/>
          <w:sz w:val="28"/>
          <w:szCs w:val="28"/>
          <w:lang w:val="es-ES"/>
        </w:rPr>
        <w:t xml:space="preserve"> de la </w:t>
      </w:r>
      <w:proofErr w:type="spellStart"/>
      <w:r w:rsidRPr="00543AB2">
        <w:rPr>
          <w:rFonts w:ascii="Times New Roman" w:hAnsi="Times New Roman" w:cs="Times New Roman"/>
          <w:sz w:val="28"/>
          <w:szCs w:val="28"/>
          <w:lang w:val="es-ES"/>
        </w:rPr>
        <w:t>recherche</w:t>
      </w:r>
      <w:proofErr w:type="spellEnd"/>
      <w:r w:rsidRPr="00543AB2">
        <w:rPr>
          <w:rFonts w:ascii="Times New Roman" w:hAnsi="Times New Roman" w:cs="Times New Roman"/>
          <w:sz w:val="28"/>
          <w:szCs w:val="28"/>
          <w:lang w:val="es-ES"/>
        </w:rPr>
        <w:t xml:space="preserve">. Chaque </w:t>
      </w:r>
      <w:proofErr w:type="spellStart"/>
      <w:r w:rsidRPr="00543AB2">
        <w:rPr>
          <w:rFonts w:ascii="Times New Roman" w:hAnsi="Times New Roman" w:cs="Times New Roman"/>
          <w:sz w:val="28"/>
          <w:szCs w:val="28"/>
          <w:lang w:val="es-ES"/>
        </w:rPr>
        <w:t>paragraphe</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doit</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contribuer</w:t>
      </w:r>
      <w:proofErr w:type="spellEnd"/>
      <w:r w:rsidRPr="00543AB2">
        <w:rPr>
          <w:rFonts w:ascii="Times New Roman" w:hAnsi="Times New Roman" w:cs="Times New Roman"/>
          <w:sz w:val="28"/>
          <w:szCs w:val="28"/>
          <w:lang w:val="es-ES"/>
        </w:rPr>
        <w:t xml:space="preserve"> à une </w:t>
      </w:r>
      <w:proofErr w:type="spellStart"/>
      <w:r w:rsidRPr="00543AB2">
        <w:rPr>
          <w:rFonts w:ascii="Times New Roman" w:hAnsi="Times New Roman" w:cs="Times New Roman"/>
          <w:sz w:val="28"/>
          <w:szCs w:val="28"/>
          <w:lang w:val="es-ES"/>
        </w:rPr>
        <w:t>meilleure</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compréhension</w:t>
      </w:r>
      <w:proofErr w:type="spellEnd"/>
      <w:r w:rsidRPr="00543AB2">
        <w:rPr>
          <w:rFonts w:ascii="Times New Roman" w:hAnsi="Times New Roman" w:cs="Times New Roman"/>
          <w:sz w:val="28"/>
          <w:szCs w:val="28"/>
          <w:lang w:val="es-ES"/>
        </w:rPr>
        <w:t xml:space="preserve"> du </w:t>
      </w:r>
      <w:proofErr w:type="spellStart"/>
      <w:r w:rsidRPr="00543AB2">
        <w:rPr>
          <w:rFonts w:ascii="Times New Roman" w:hAnsi="Times New Roman" w:cs="Times New Roman"/>
          <w:sz w:val="28"/>
          <w:szCs w:val="28"/>
          <w:lang w:val="es-ES"/>
        </w:rPr>
        <w:t>problème</w:t>
      </w:r>
      <w:proofErr w:type="spellEnd"/>
      <w:r w:rsidRPr="00543AB2">
        <w:rPr>
          <w:rFonts w:ascii="Times New Roman" w:hAnsi="Times New Roman" w:cs="Times New Roman"/>
          <w:sz w:val="28"/>
          <w:szCs w:val="28"/>
          <w:lang w:val="es-ES"/>
        </w:rPr>
        <w:t xml:space="preserve"> de </w:t>
      </w:r>
      <w:proofErr w:type="spellStart"/>
      <w:r w:rsidRPr="00543AB2">
        <w:rPr>
          <w:rFonts w:ascii="Times New Roman" w:hAnsi="Times New Roman" w:cs="Times New Roman"/>
          <w:sz w:val="28"/>
          <w:szCs w:val="28"/>
          <w:lang w:val="es-ES"/>
        </w:rPr>
        <w:t>recherche</w:t>
      </w:r>
      <w:proofErr w:type="spellEnd"/>
      <w:r w:rsidRPr="00543AB2">
        <w:rPr>
          <w:rFonts w:ascii="Times New Roman" w:hAnsi="Times New Roman" w:cs="Times New Roman"/>
          <w:sz w:val="28"/>
          <w:szCs w:val="28"/>
          <w:lang w:val="es-ES"/>
        </w:rPr>
        <w:t xml:space="preserve">, de </w:t>
      </w:r>
      <w:proofErr w:type="spellStart"/>
      <w:r w:rsidRPr="00543AB2">
        <w:rPr>
          <w:rFonts w:ascii="Times New Roman" w:hAnsi="Times New Roman" w:cs="Times New Roman"/>
          <w:sz w:val="28"/>
          <w:szCs w:val="28"/>
          <w:lang w:val="es-ES"/>
        </w:rPr>
        <w:t>sa</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justification</w:t>
      </w:r>
      <w:proofErr w:type="spellEnd"/>
      <w:r w:rsidRPr="00543AB2">
        <w:rPr>
          <w:rFonts w:ascii="Times New Roman" w:hAnsi="Times New Roman" w:cs="Times New Roman"/>
          <w:sz w:val="28"/>
          <w:szCs w:val="28"/>
          <w:lang w:val="es-ES"/>
        </w:rPr>
        <w:t xml:space="preserve"> et de </w:t>
      </w:r>
      <w:proofErr w:type="spellStart"/>
      <w:r w:rsidRPr="00543AB2">
        <w:rPr>
          <w:rFonts w:ascii="Times New Roman" w:hAnsi="Times New Roman" w:cs="Times New Roman"/>
          <w:sz w:val="28"/>
          <w:szCs w:val="28"/>
          <w:lang w:val="es-ES"/>
        </w:rPr>
        <w:t>sa</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pertinence</w:t>
      </w:r>
      <w:proofErr w:type="spellEnd"/>
      <w:r w:rsidRPr="00543AB2">
        <w:rPr>
          <w:rFonts w:ascii="Times New Roman" w:hAnsi="Times New Roman" w:cs="Times New Roman"/>
          <w:sz w:val="28"/>
          <w:szCs w:val="28"/>
          <w:lang w:val="es-ES"/>
        </w:rPr>
        <w:t xml:space="preserve">, de </w:t>
      </w:r>
      <w:proofErr w:type="spellStart"/>
      <w:r w:rsidRPr="00543AB2">
        <w:rPr>
          <w:rFonts w:ascii="Times New Roman" w:hAnsi="Times New Roman" w:cs="Times New Roman"/>
          <w:sz w:val="28"/>
          <w:szCs w:val="28"/>
          <w:lang w:val="es-ES"/>
        </w:rPr>
        <w:t>ses</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antécédents</w:t>
      </w:r>
      <w:proofErr w:type="spellEnd"/>
      <w:r w:rsidRPr="00543AB2">
        <w:rPr>
          <w:rFonts w:ascii="Times New Roman" w:hAnsi="Times New Roman" w:cs="Times New Roman"/>
          <w:sz w:val="28"/>
          <w:szCs w:val="28"/>
          <w:lang w:val="es-ES"/>
        </w:rPr>
        <w:t xml:space="preserve">, des </w:t>
      </w:r>
      <w:proofErr w:type="spellStart"/>
      <w:r w:rsidRPr="00543AB2">
        <w:rPr>
          <w:rFonts w:ascii="Times New Roman" w:hAnsi="Times New Roman" w:cs="Times New Roman"/>
          <w:sz w:val="28"/>
          <w:szCs w:val="28"/>
          <w:lang w:val="es-ES"/>
        </w:rPr>
        <w:t>théories</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fondamentales</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dans</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lesquelles</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s’inscrit</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l’étude</w:t>
      </w:r>
      <w:proofErr w:type="spellEnd"/>
      <w:r w:rsidRPr="00543AB2">
        <w:rPr>
          <w:rFonts w:ascii="Times New Roman" w:hAnsi="Times New Roman" w:cs="Times New Roman"/>
          <w:sz w:val="28"/>
          <w:szCs w:val="28"/>
          <w:lang w:val="es-ES"/>
        </w:rPr>
        <w:t xml:space="preserve"> et, </w:t>
      </w:r>
      <w:proofErr w:type="spellStart"/>
      <w:r w:rsidRPr="00543AB2">
        <w:rPr>
          <w:rFonts w:ascii="Times New Roman" w:hAnsi="Times New Roman" w:cs="Times New Roman"/>
          <w:sz w:val="28"/>
          <w:szCs w:val="28"/>
          <w:lang w:val="es-ES"/>
        </w:rPr>
        <w:t>enfin</w:t>
      </w:r>
      <w:proofErr w:type="spellEnd"/>
      <w:r w:rsidRPr="00543AB2">
        <w:rPr>
          <w:rFonts w:ascii="Times New Roman" w:hAnsi="Times New Roman" w:cs="Times New Roman"/>
          <w:sz w:val="28"/>
          <w:szCs w:val="28"/>
          <w:lang w:val="es-ES"/>
        </w:rPr>
        <w:t xml:space="preserve">, de </w:t>
      </w:r>
      <w:proofErr w:type="spellStart"/>
      <w:r w:rsidRPr="00543AB2">
        <w:rPr>
          <w:rFonts w:ascii="Times New Roman" w:hAnsi="Times New Roman" w:cs="Times New Roman"/>
          <w:sz w:val="28"/>
          <w:szCs w:val="28"/>
          <w:lang w:val="es-ES"/>
        </w:rPr>
        <w:t>l’objectif</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ou</w:t>
      </w:r>
      <w:proofErr w:type="spellEnd"/>
      <w:r w:rsidRPr="00543AB2">
        <w:rPr>
          <w:rFonts w:ascii="Times New Roman" w:hAnsi="Times New Roman" w:cs="Times New Roman"/>
          <w:sz w:val="28"/>
          <w:szCs w:val="28"/>
          <w:lang w:val="es-ES"/>
        </w:rPr>
        <w:t xml:space="preserve"> des </w:t>
      </w:r>
      <w:proofErr w:type="spellStart"/>
      <w:r w:rsidRPr="00543AB2">
        <w:rPr>
          <w:rFonts w:ascii="Times New Roman" w:hAnsi="Times New Roman" w:cs="Times New Roman"/>
          <w:sz w:val="28"/>
          <w:szCs w:val="28"/>
          <w:lang w:val="es-ES"/>
        </w:rPr>
        <w:t>objectifs</w:t>
      </w:r>
      <w:proofErr w:type="spellEnd"/>
      <w:r w:rsidRPr="00543AB2">
        <w:rPr>
          <w:rFonts w:ascii="Times New Roman" w:hAnsi="Times New Roman" w:cs="Times New Roman"/>
          <w:sz w:val="28"/>
          <w:szCs w:val="28"/>
          <w:lang w:val="es-ES"/>
        </w:rPr>
        <w:t xml:space="preserve"> du </w:t>
      </w:r>
      <w:proofErr w:type="spellStart"/>
      <w:r w:rsidRPr="00543AB2">
        <w:rPr>
          <w:rFonts w:ascii="Times New Roman" w:hAnsi="Times New Roman" w:cs="Times New Roman"/>
          <w:sz w:val="28"/>
          <w:szCs w:val="28"/>
          <w:lang w:val="es-ES"/>
        </w:rPr>
        <w:t>travail</w:t>
      </w:r>
      <w:proofErr w:type="spellEnd"/>
      <w:r w:rsidRPr="00543AB2">
        <w:rPr>
          <w:rFonts w:ascii="Times New Roman" w:hAnsi="Times New Roman" w:cs="Times New Roman"/>
          <w:sz w:val="28"/>
          <w:szCs w:val="28"/>
          <w:lang w:val="es-ES"/>
        </w:rPr>
        <w:t xml:space="preserve"> de </w:t>
      </w:r>
      <w:proofErr w:type="spellStart"/>
      <w:r w:rsidRPr="00543AB2">
        <w:rPr>
          <w:rFonts w:ascii="Times New Roman" w:hAnsi="Times New Roman" w:cs="Times New Roman"/>
          <w:sz w:val="28"/>
          <w:szCs w:val="28"/>
          <w:lang w:val="es-ES"/>
        </w:rPr>
        <w:t>recherche</w:t>
      </w:r>
      <w:proofErr w:type="spellEnd"/>
      <w:r w:rsidRPr="00543AB2">
        <w:rPr>
          <w:rFonts w:ascii="Times New Roman" w:hAnsi="Times New Roman" w:cs="Times New Roman"/>
          <w:sz w:val="28"/>
          <w:szCs w:val="28"/>
          <w:lang w:val="es-ES"/>
        </w:rPr>
        <w:t>.</w:t>
      </w:r>
    </w:p>
    <w:p w14:paraId="33D88181" w14:textId="77777777" w:rsidR="00386F09" w:rsidRPr="00543AB2" w:rsidRDefault="00000000" w:rsidP="00543AB2">
      <w:pPr>
        <w:jc w:val="both"/>
        <w:rPr>
          <w:rFonts w:ascii="Times New Roman" w:hAnsi="Times New Roman" w:cs="Times New Roman"/>
          <w:sz w:val="28"/>
          <w:szCs w:val="28"/>
          <w:lang w:val="es-ES"/>
        </w:rPr>
      </w:pPr>
      <w:proofErr w:type="spellStart"/>
      <w:r w:rsidRPr="00543AB2">
        <w:rPr>
          <w:rFonts w:ascii="Times New Roman" w:hAnsi="Times New Roman" w:cs="Times New Roman"/>
          <w:sz w:val="28"/>
          <w:szCs w:val="28"/>
          <w:lang w:val="es-ES"/>
        </w:rPr>
        <w:t>Selon</w:t>
      </w:r>
      <w:proofErr w:type="spellEnd"/>
      <w:r w:rsidRPr="00543AB2">
        <w:rPr>
          <w:rFonts w:ascii="Times New Roman" w:hAnsi="Times New Roman" w:cs="Times New Roman"/>
          <w:sz w:val="28"/>
          <w:szCs w:val="28"/>
          <w:lang w:val="es-ES"/>
        </w:rPr>
        <w:t xml:space="preserve"> le </w:t>
      </w:r>
      <w:proofErr w:type="spellStart"/>
      <w:r w:rsidRPr="00543AB2">
        <w:rPr>
          <w:rFonts w:ascii="Times New Roman" w:hAnsi="Times New Roman" w:cs="Times New Roman"/>
          <w:sz w:val="28"/>
          <w:szCs w:val="28"/>
          <w:lang w:val="es-ES"/>
        </w:rPr>
        <w:t>type</w:t>
      </w:r>
      <w:proofErr w:type="spellEnd"/>
      <w:r w:rsidRPr="00543AB2">
        <w:rPr>
          <w:rFonts w:ascii="Times New Roman" w:hAnsi="Times New Roman" w:cs="Times New Roman"/>
          <w:sz w:val="28"/>
          <w:szCs w:val="28"/>
          <w:lang w:val="es-ES"/>
        </w:rPr>
        <w:t xml:space="preserve"> et </w:t>
      </w:r>
      <w:proofErr w:type="spellStart"/>
      <w:r w:rsidRPr="00543AB2">
        <w:rPr>
          <w:rFonts w:ascii="Times New Roman" w:hAnsi="Times New Roman" w:cs="Times New Roman"/>
          <w:sz w:val="28"/>
          <w:szCs w:val="28"/>
          <w:lang w:val="es-ES"/>
        </w:rPr>
        <w:t>l’approche</w:t>
      </w:r>
      <w:proofErr w:type="spellEnd"/>
      <w:r w:rsidRPr="00543AB2">
        <w:rPr>
          <w:rFonts w:ascii="Times New Roman" w:hAnsi="Times New Roman" w:cs="Times New Roman"/>
          <w:sz w:val="28"/>
          <w:szCs w:val="28"/>
          <w:lang w:val="es-ES"/>
        </w:rPr>
        <w:t xml:space="preserve"> de la </w:t>
      </w:r>
      <w:proofErr w:type="spellStart"/>
      <w:r w:rsidRPr="00543AB2">
        <w:rPr>
          <w:rFonts w:ascii="Times New Roman" w:hAnsi="Times New Roman" w:cs="Times New Roman"/>
          <w:sz w:val="28"/>
          <w:szCs w:val="28"/>
          <w:lang w:val="es-ES"/>
        </w:rPr>
        <w:t>recherche</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il</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conviendra</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également</w:t>
      </w:r>
      <w:proofErr w:type="spellEnd"/>
      <w:r w:rsidRPr="00543AB2">
        <w:rPr>
          <w:rFonts w:ascii="Times New Roman" w:hAnsi="Times New Roman" w:cs="Times New Roman"/>
          <w:sz w:val="28"/>
          <w:szCs w:val="28"/>
          <w:lang w:val="es-ES"/>
        </w:rPr>
        <w:t xml:space="preserve"> de présenter, </w:t>
      </w:r>
      <w:proofErr w:type="spellStart"/>
      <w:r w:rsidRPr="00543AB2">
        <w:rPr>
          <w:rFonts w:ascii="Times New Roman" w:hAnsi="Times New Roman" w:cs="Times New Roman"/>
          <w:sz w:val="28"/>
          <w:szCs w:val="28"/>
          <w:lang w:val="es-ES"/>
        </w:rPr>
        <w:t>avec</w:t>
      </w:r>
      <w:proofErr w:type="spellEnd"/>
      <w:r w:rsidRPr="00543AB2">
        <w:rPr>
          <w:rFonts w:ascii="Times New Roman" w:hAnsi="Times New Roman" w:cs="Times New Roman"/>
          <w:sz w:val="28"/>
          <w:szCs w:val="28"/>
          <w:lang w:val="es-ES"/>
        </w:rPr>
        <w:t xml:space="preserve"> plus </w:t>
      </w:r>
      <w:proofErr w:type="spellStart"/>
      <w:r w:rsidRPr="00543AB2">
        <w:rPr>
          <w:rFonts w:ascii="Times New Roman" w:hAnsi="Times New Roman" w:cs="Times New Roman"/>
          <w:sz w:val="28"/>
          <w:szCs w:val="28"/>
          <w:lang w:val="es-ES"/>
        </w:rPr>
        <w:t>ou</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moins</w:t>
      </w:r>
      <w:proofErr w:type="spellEnd"/>
      <w:r w:rsidRPr="00543AB2">
        <w:rPr>
          <w:rFonts w:ascii="Times New Roman" w:hAnsi="Times New Roman" w:cs="Times New Roman"/>
          <w:sz w:val="28"/>
          <w:szCs w:val="28"/>
          <w:lang w:val="es-ES"/>
        </w:rPr>
        <w:t xml:space="preserve"> de </w:t>
      </w:r>
      <w:proofErr w:type="spellStart"/>
      <w:r w:rsidRPr="00543AB2">
        <w:rPr>
          <w:rFonts w:ascii="Times New Roman" w:hAnsi="Times New Roman" w:cs="Times New Roman"/>
          <w:sz w:val="28"/>
          <w:szCs w:val="28"/>
          <w:lang w:val="es-ES"/>
        </w:rPr>
        <w:t>détails</w:t>
      </w:r>
      <w:proofErr w:type="spellEnd"/>
      <w:r w:rsidRPr="00543AB2">
        <w:rPr>
          <w:rFonts w:ascii="Times New Roman" w:hAnsi="Times New Roman" w:cs="Times New Roman"/>
          <w:sz w:val="28"/>
          <w:szCs w:val="28"/>
          <w:lang w:val="es-ES"/>
        </w:rPr>
        <w:t xml:space="preserve">, le </w:t>
      </w:r>
      <w:proofErr w:type="spellStart"/>
      <w:r w:rsidRPr="00543AB2">
        <w:rPr>
          <w:rFonts w:ascii="Times New Roman" w:hAnsi="Times New Roman" w:cs="Times New Roman"/>
          <w:sz w:val="28"/>
          <w:szCs w:val="28"/>
          <w:lang w:val="es-ES"/>
        </w:rPr>
        <w:t>contexte</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dans</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lequel</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l’étude</w:t>
      </w:r>
      <w:proofErr w:type="spellEnd"/>
      <w:r w:rsidRPr="00543AB2">
        <w:rPr>
          <w:rFonts w:ascii="Times New Roman" w:hAnsi="Times New Roman" w:cs="Times New Roman"/>
          <w:sz w:val="28"/>
          <w:szCs w:val="28"/>
          <w:lang w:val="es-ES"/>
        </w:rPr>
        <w:t xml:space="preserve"> est </w:t>
      </w:r>
      <w:proofErr w:type="spellStart"/>
      <w:r w:rsidRPr="00543AB2">
        <w:rPr>
          <w:rFonts w:ascii="Times New Roman" w:hAnsi="Times New Roman" w:cs="Times New Roman"/>
          <w:sz w:val="28"/>
          <w:szCs w:val="28"/>
          <w:lang w:val="es-ES"/>
        </w:rPr>
        <w:t>réalisée</w:t>
      </w:r>
      <w:proofErr w:type="spellEnd"/>
      <w:r w:rsidRPr="00543AB2">
        <w:rPr>
          <w:rFonts w:ascii="Times New Roman" w:hAnsi="Times New Roman" w:cs="Times New Roman"/>
          <w:sz w:val="28"/>
          <w:szCs w:val="28"/>
          <w:lang w:val="es-ES"/>
        </w:rPr>
        <w:t>.</w:t>
      </w:r>
    </w:p>
    <w:p w14:paraId="13ED0DF4" w14:textId="77777777" w:rsidR="00386F09" w:rsidRPr="00543AB2" w:rsidRDefault="00000000" w:rsidP="00543AB2">
      <w:pPr>
        <w:jc w:val="both"/>
        <w:rPr>
          <w:rFonts w:ascii="Times New Roman" w:hAnsi="Times New Roman" w:cs="Times New Roman"/>
          <w:sz w:val="28"/>
          <w:szCs w:val="28"/>
        </w:rPr>
      </w:pPr>
      <w:r w:rsidRPr="00543AB2">
        <w:rPr>
          <w:rFonts w:ascii="Times New Roman" w:hAnsi="Times New Roman" w:cs="Times New Roman"/>
          <w:sz w:val="28"/>
          <w:szCs w:val="28"/>
        </w:rPr>
        <w:t xml:space="preserve">Pour </w:t>
      </w:r>
      <w:proofErr w:type="spellStart"/>
      <w:r w:rsidRPr="00543AB2">
        <w:rPr>
          <w:rFonts w:ascii="Times New Roman" w:hAnsi="Times New Roman" w:cs="Times New Roman"/>
          <w:sz w:val="28"/>
          <w:szCs w:val="28"/>
        </w:rPr>
        <w:t>conclure</w:t>
      </w:r>
      <w:proofErr w:type="spellEnd"/>
      <w:r w:rsidRPr="00543AB2">
        <w:rPr>
          <w:rFonts w:ascii="Times New Roman" w:hAnsi="Times New Roman" w:cs="Times New Roman"/>
          <w:sz w:val="28"/>
          <w:szCs w:val="28"/>
        </w:rPr>
        <w:t xml:space="preserve"> </w:t>
      </w:r>
      <w:proofErr w:type="spellStart"/>
      <w:r w:rsidRPr="00543AB2">
        <w:rPr>
          <w:rFonts w:ascii="Times New Roman" w:hAnsi="Times New Roman" w:cs="Times New Roman"/>
          <w:sz w:val="28"/>
          <w:szCs w:val="28"/>
        </w:rPr>
        <w:t>l’introduction</w:t>
      </w:r>
      <w:proofErr w:type="spellEnd"/>
      <w:r w:rsidRPr="00543AB2">
        <w:rPr>
          <w:rFonts w:ascii="Times New Roman" w:hAnsi="Times New Roman" w:cs="Times New Roman"/>
          <w:sz w:val="28"/>
          <w:szCs w:val="28"/>
        </w:rPr>
        <w:t>, les hypothèses seront mentionnées lorsqu’elles sont pertinentes ou applicables.</w:t>
      </w:r>
    </w:p>
    <w:p w14:paraId="083D0630" w14:textId="77777777" w:rsidR="00386F09" w:rsidRPr="00543AB2" w:rsidRDefault="00000000" w:rsidP="00543AB2">
      <w:pPr>
        <w:spacing w:before="200" w:after="100"/>
        <w:jc w:val="both"/>
        <w:rPr>
          <w:rFonts w:ascii="Times New Roman" w:hAnsi="Times New Roman" w:cs="Times New Roman"/>
          <w:sz w:val="28"/>
          <w:szCs w:val="28"/>
          <w:lang w:val="es-ES"/>
        </w:rPr>
      </w:pPr>
      <w:r w:rsidRPr="00543AB2">
        <w:rPr>
          <w:rFonts w:ascii="Times New Roman" w:hAnsi="Times New Roman" w:cs="Times New Roman"/>
          <w:b/>
          <w:color w:val="17365D"/>
          <w:sz w:val="28"/>
          <w:szCs w:val="28"/>
          <w:lang w:val="es-ES"/>
        </w:rPr>
        <w:t>MATÉRIELS ET MÉTHODES</w:t>
      </w:r>
    </w:p>
    <w:p w14:paraId="282309EC" w14:textId="77777777" w:rsidR="00386F09" w:rsidRPr="00543AB2" w:rsidRDefault="00000000" w:rsidP="00543AB2">
      <w:pPr>
        <w:jc w:val="both"/>
        <w:rPr>
          <w:rFonts w:ascii="Times New Roman" w:hAnsi="Times New Roman" w:cs="Times New Roman"/>
          <w:sz w:val="28"/>
          <w:szCs w:val="28"/>
          <w:lang w:val="es-ES"/>
        </w:rPr>
      </w:pPr>
      <w:r w:rsidRPr="00543AB2">
        <w:rPr>
          <w:rFonts w:ascii="Times New Roman" w:hAnsi="Times New Roman" w:cs="Times New Roman"/>
          <w:sz w:val="28"/>
          <w:szCs w:val="28"/>
          <w:lang w:val="es-ES"/>
        </w:rPr>
        <w:t xml:space="preserve">Dans </w:t>
      </w:r>
      <w:proofErr w:type="spellStart"/>
      <w:r w:rsidRPr="00543AB2">
        <w:rPr>
          <w:rFonts w:ascii="Times New Roman" w:hAnsi="Times New Roman" w:cs="Times New Roman"/>
          <w:sz w:val="28"/>
          <w:szCs w:val="28"/>
          <w:lang w:val="es-ES"/>
        </w:rPr>
        <w:t>cette</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section</w:t>
      </w:r>
      <w:proofErr w:type="spellEnd"/>
      <w:r w:rsidRPr="00543AB2">
        <w:rPr>
          <w:rFonts w:ascii="Times New Roman" w:hAnsi="Times New Roman" w:cs="Times New Roman"/>
          <w:sz w:val="28"/>
          <w:szCs w:val="28"/>
          <w:lang w:val="es-ES"/>
        </w:rPr>
        <w:t xml:space="preserve">, les </w:t>
      </w:r>
      <w:proofErr w:type="spellStart"/>
      <w:r w:rsidRPr="00543AB2">
        <w:rPr>
          <w:rFonts w:ascii="Times New Roman" w:hAnsi="Times New Roman" w:cs="Times New Roman"/>
          <w:sz w:val="28"/>
          <w:szCs w:val="28"/>
          <w:lang w:val="es-ES"/>
        </w:rPr>
        <w:t>auteurs</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doivent</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décrire</w:t>
      </w:r>
      <w:proofErr w:type="spellEnd"/>
      <w:r w:rsidRPr="00543AB2">
        <w:rPr>
          <w:rFonts w:ascii="Times New Roman" w:hAnsi="Times New Roman" w:cs="Times New Roman"/>
          <w:sz w:val="28"/>
          <w:szCs w:val="28"/>
          <w:lang w:val="es-ES"/>
        </w:rPr>
        <w:t xml:space="preserve"> la </w:t>
      </w:r>
      <w:proofErr w:type="spellStart"/>
      <w:r w:rsidRPr="00543AB2">
        <w:rPr>
          <w:rFonts w:ascii="Times New Roman" w:hAnsi="Times New Roman" w:cs="Times New Roman"/>
          <w:sz w:val="28"/>
          <w:szCs w:val="28"/>
          <w:lang w:val="es-ES"/>
        </w:rPr>
        <w:t>méthodologie</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utilisée</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notamment</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l’approche</w:t>
      </w:r>
      <w:proofErr w:type="spellEnd"/>
      <w:r w:rsidRPr="00543AB2">
        <w:rPr>
          <w:rFonts w:ascii="Times New Roman" w:hAnsi="Times New Roman" w:cs="Times New Roman"/>
          <w:sz w:val="28"/>
          <w:szCs w:val="28"/>
          <w:lang w:val="es-ES"/>
        </w:rPr>
        <w:t xml:space="preserve">, le </w:t>
      </w:r>
      <w:proofErr w:type="spellStart"/>
      <w:r w:rsidRPr="00543AB2">
        <w:rPr>
          <w:rFonts w:ascii="Times New Roman" w:hAnsi="Times New Roman" w:cs="Times New Roman"/>
          <w:sz w:val="28"/>
          <w:szCs w:val="28"/>
          <w:lang w:val="es-ES"/>
        </w:rPr>
        <w:t>type</w:t>
      </w:r>
      <w:proofErr w:type="spellEnd"/>
      <w:r w:rsidRPr="00543AB2">
        <w:rPr>
          <w:rFonts w:ascii="Times New Roman" w:hAnsi="Times New Roman" w:cs="Times New Roman"/>
          <w:sz w:val="28"/>
          <w:szCs w:val="28"/>
          <w:lang w:val="es-ES"/>
        </w:rPr>
        <w:t xml:space="preserve"> de </w:t>
      </w:r>
      <w:proofErr w:type="spellStart"/>
      <w:r w:rsidRPr="00543AB2">
        <w:rPr>
          <w:rFonts w:ascii="Times New Roman" w:hAnsi="Times New Roman" w:cs="Times New Roman"/>
          <w:sz w:val="28"/>
          <w:szCs w:val="28"/>
          <w:lang w:val="es-ES"/>
        </w:rPr>
        <w:t>recherche</w:t>
      </w:r>
      <w:proofErr w:type="spellEnd"/>
      <w:r w:rsidRPr="00543AB2">
        <w:rPr>
          <w:rFonts w:ascii="Times New Roman" w:hAnsi="Times New Roman" w:cs="Times New Roman"/>
          <w:sz w:val="28"/>
          <w:szCs w:val="28"/>
          <w:lang w:val="es-ES"/>
        </w:rPr>
        <w:t xml:space="preserve">, le </w:t>
      </w:r>
      <w:proofErr w:type="spellStart"/>
      <w:r w:rsidRPr="00543AB2">
        <w:rPr>
          <w:rFonts w:ascii="Times New Roman" w:hAnsi="Times New Roman" w:cs="Times New Roman"/>
          <w:sz w:val="28"/>
          <w:szCs w:val="28"/>
          <w:lang w:val="es-ES"/>
        </w:rPr>
        <w:t>dispositif</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ou</w:t>
      </w:r>
      <w:proofErr w:type="spellEnd"/>
      <w:r w:rsidRPr="00543AB2">
        <w:rPr>
          <w:rFonts w:ascii="Times New Roman" w:hAnsi="Times New Roman" w:cs="Times New Roman"/>
          <w:sz w:val="28"/>
          <w:szCs w:val="28"/>
          <w:lang w:val="es-ES"/>
        </w:rPr>
        <w:t xml:space="preserve"> le plan de </w:t>
      </w:r>
      <w:proofErr w:type="spellStart"/>
      <w:r w:rsidRPr="00543AB2">
        <w:rPr>
          <w:rFonts w:ascii="Times New Roman" w:hAnsi="Times New Roman" w:cs="Times New Roman"/>
          <w:sz w:val="28"/>
          <w:szCs w:val="28"/>
          <w:lang w:val="es-ES"/>
        </w:rPr>
        <w:t>recherche</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ainsi</w:t>
      </w:r>
      <w:proofErr w:type="spellEnd"/>
      <w:r w:rsidRPr="00543AB2">
        <w:rPr>
          <w:rFonts w:ascii="Times New Roman" w:hAnsi="Times New Roman" w:cs="Times New Roman"/>
          <w:sz w:val="28"/>
          <w:szCs w:val="28"/>
          <w:lang w:val="es-ES"/>
        </w:rPr>
        <w:t xml:space="preserve"> que les </w:t>
      </w:r>
      <w:proofErr w:type="spellStart"/>
      <w:r w:rsidRPr="00543AB2">
        <w:rPr>
          <w:rFonts w:ascii="Times New Roman" w:hAnsi="Times New Roman" w:cs="Times New Roman"/>
          <w:sz w:val="28"/>
          <w:szCs w:val="28"/>
          <w:lang w:val="es-ES"/>
        </w:rPr>
        <w:t>procédures</w:t>
      </w:r>
      <w:proofErr w:type="spellEnd"/>
      <w:r w:rsidRPr="00543AB2">
        <w:rPr>
          <w:rFonts w:ascii="Times New Roman" w:hAnsi="Times New Roman" w:cs="Times New Roman"/>
          <w:sz w:val="28"/>
          <w:szCs w:val="28"/>
          <w:lang w:val="es-ES"/>
        </w:rPr>
        <w:t xml:space="preserve"> pertinentes.</w:t>
      </w:r>
    </w:p>
    <w:p w14:paraId="63407C32" w14:textId="77777777" w:rsidR="00386F09" w:rsidRPr="00543AB2" w:rsidRDefault="00000000" w:rsidP="00543AB2">
      <w:pPr>
        <w:jc w:val="both"/>
        <w:rPr>
          <w:rFonts w:ascii="Times New Roman" w:hAnsi="Times New Roman" w:cs="Times New Roman"/>
          <w:sz w:val="28"/>
          <w:szCs w:val="28"/>
          <w:lang w:val="es-ES"/>
        </w:rPr>
      </w:pPr>
      <w:proofErr w:type="spellStart"/>
      <w:r w:rsidRPr="00543AB2">
        <w:rPr>
          <w:rFonts w:ascii="Times New Roman" w:hAnsi="Times New Roman" w:cs="Times New Roman"/>
          <w:sz w:val="28"/>
          <w:szCs w:val="28"/>
          <w:lang w:val="es-ES"/>
        </w:rPr>
        <w:t>Pour</w:t>
      </w:r>
      <w:proofErr w:type="spellEnd"/>
      <w:r w:rsidRPr="00543AB2">
        <w:rPr>
          <w:rFonts w:ascii="Times New Roman" w:hAnsi="Times New Roman" w:cs="Times New Roman"/>
          <w:sz w:val="28"/>
          <w:szCs w:val="28"/>
          <w:lang w:val="es-ES"/>
        </w:rPr>
        <w:t xml:space="preserve"> les </w:t>
      </w:r>
      <w:proofErr w:type="spellStart"/>
      <w:r w:rsidRPr="00543AB2">
        <w:rPr>
          <w:rFonts w:ascii="Times New Roman" w:hAnsi="Times New Roman" w:cs="Times New Roman"/>
          <w:sz w:val="28"/>
          <w:szCs w:val="28"/>
          <w:lang w:val="es-ES"/>
        </w:rPr>
        <w:t>articles</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comprenant</w:t>
      </w:r>
      <w:proofErr w:type="spellEnd"/>
      <w:r w:rsidRPr="00543AB2">
        <w:rPr>
          <w:rFonts w:ascii="Times New Roman" w:hAnsi="Times New Roman" w:cs="Times New Roman"/>
          <w:sz w:val="28"/>
          <w:szCs w:val="28"/>
          <w:lang w:val="es-ES"/>
        </w:rPr>
        <w:t xml:space="preserve"> une </w:t>
      </w:r>
      <w:proofErr w:type="spellStart"/>
      <w:r w:rsidRPr="00543AB2">
        <w:rPr>
          <w:rFonts w:ascii="Times New Roman" w:hAnsi="Times New Roman" w:cs="Times New Roman"/>
          <w:sz w:val="28"/>
          <w:szCs w:val="28"/>
          <w:lang w:val="es-ES"/>
        </w:rPr>
        <w:t>étude</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empirique</w:t>
      </w:r>
      <w:proofErr w:type="spellEnd"/>
      <w:r w:rsidRPr="00543AB2">
        <w:rPr>
          <w:rFonts w:ascii="Times New Roman" w:hAnsi="Times New Roman" w:cs="Times New Roman"/>
          <w:sz w:val="28"/>
          <w:szCs w:val="28"/>
          <w:lang w:val="es-ES"/>
        </w:rPr>
        <w:t xml:space="preserve"> de </w:t>
      </w:r>
      <w:proofErr w:type="spellStart"/>
      <w:r w:rsidRPr="00543AB2">
        <w:rPr>
          <w:rFonts w:ascii="Times New Roman" w:hAnsi="Times New Roman" w:cs="Times New Roman"/>
          <w:sz w:val="28"/>
          <w:szCs w:val="28"/>
          <w:lang w:val="es-ES"/>
        </w:rPr>
        <w:t>terrain</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il</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convient</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d’indiquer</w:t>
      </w:r>
      <w:proofErr w:type="spellEnd"/>
      <w:r w:rsidRPr="00543AB2">
        <w:rPr>
          <w:rFonts w:ascii="Times New Roman" w:hAnsi="Times New Roman" w:cs="Times New Roman"/>
          <w:sz w:val="28"/>
          <w:szCs w:val="28"/>
          <w:lang w:val="es-ES"/>
        </w:rPr>
        <w:t xml:space="preserve"> la </w:t>
      </w:r>
      <w:proofErr w:type="spellStart"/>
      <w:r w:rsidRPr="00543AB2">
        <w:rPr>
          <w:rFonts w:ascii="Times New Roman" w:hAnsi="Times New Roman" w:cs="Times New Roman"/>
          <w:sz w:val="28"/>
          <w:szCs w:val="28"/>
          <w:lang w:val="es-ES"/>
        </w:rPr>
        <w:t>population</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étudiée</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l’échantillon</w:t>
      </w:r>
      <w:proofErr w:type="spellEnd"/>
      <w:r w:rsidRPr="00543AB2">
        <w:rPr>
          <w:rFonts w:ascii="Times New Roman" w:hAnsi="Times New Roman" w:cs="Times New Roman"/>
          <w:sz w:val="28"/>
          <w:szCs w:val="28"/>
          <w:lang w:val="es-ES"/>
        </w:rPr>
        <w:t xml:space="preserve"> et la </w:t>
      </w:r>
      <w:proofErr w:type="spellStart"/>
      <w:r w:rsidRPr="00543AB2">
        <w:rPr>
          <w:rFonts w:ascii="Times New Roman" w:hAnsi="Times New Roman" w:cs="Times New Roman"/>
          <w:sz w:val="28"/>
          <w:szCs w:val="28"/>
          <w:lang w:val="es-ES"/>
        </w:rPr>
        <w:t>méthode</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d’échantillonnage</w:t>
      </w:r>
      <w:proofErr w:type="spellEnd"/>
      <w:r w:rsidRPr="00543AB2">
        <w:rPr>
          <w:rFonts w:ascii="Times New Roman" w:hAnsi="Times New Roman" w:cs="Times New Roman"/>
          <w:sz w:val="28"/>
          <w:szCs w:val="28"/>
          <w:lang w:val="es-ES"/>
        </w:rPr>
        <w:t xml:space="preserve">. Dans le cas des </w:t>
      </w:r>
      <w:proofErr w:type="spellStart"/>
      <w:r w:rsidRPr="00543AB2">
        <w:rPr>
          <w:rFonts w:ascii="Times New Roman" w:hAnsi="Times New Roman" w:cs="Times New Roman"/>
          <w:sz w:val="28"/>
          <w:szCs w:val="28"/>
          <w:lang w:val="es-ES"/>
        </w:rPr>
        <w:t>recherches</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qualitatives</w:t>
      </w:r>
      <w:proofErr w:type="spellEnd"/>
      <w:r w:rsidRPr="00543AB2">
        <w:rPr>
          <w:rFonts w:ascii="Times New Roman" w:hAnsi="Times New Roman" w:cs="Times New Roman"/>
          <w:sz w:val="28"/>
          <w:szCs w:val="28"/>
          <w:lang w:val="es-ES"/>
        </w:rPr>
        <w:t xml:space="preserve">, les </w:t>
      </w:r>
      <w:proofErr w:type="spellStart"/>
      <w:r w:rsidRPr="00543AB2">
        <w:rPr>
          <w:rFonts w:ascii="Times New Roman" w:hAnsi="Times New Roman" w:cs="Times New Roman"/>
          <w:sz w:val="28"/>
          <w:szCs w:val="28"/>
          <w:lang w:val="es-ES"/>
        </w:rPr>
        <w:t>informateurs</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ou</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participants</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ainsi</w:t>
      </w:r>
      <w:proofErr w:type="spellEnd"/>
      <w:r w:rsidRPr="00543AB2">
        <w:rPr>
          <w:rFonts w:ascii="Times New Roman" w:hAnsi="Times New Roman" w:cs="Times New Roman"/>
          <w:sz w:val="28"/>
          <w:szCs w:val="28"/>
          <w:lang w:val="es-ES"/>
        </w:rPr>
        <w:t xml:space="preserve"> que les </w:t>
      </w:r>
      <w:proofErr w:type="spellStart"/>
      <w:r w:rsidRPr="00543AB2">
        <w:rPr>
          <w:rFonts w:ascii="Times New Roman" w:hAnsi="Times New Roman" w:cs="Times New Roman"/>
          <w:sz w:val="28"/>
          <w:szCs w:val="28"/>
          <w:lang w:val="es-ES"/>
        </w:rPr>
        <w:t>techniques</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utilisées</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pour</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leur</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sélection</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doivent</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être</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précisés</w:t>
      </w:r>
      <w:proofErr w:type="spellEnd"/>
      <w:r w:rsidRPr="00543AB2">
        <w:rPr>
          <w:rFonts w:ascii="Times New Roman" w:hAnsi="Times New Roman" w:cs="Times New Roman"/>
          <w:sz w:val="28"/>
          <w:szCs w:val="28"/>
          <w:lang w:val="es-ES"/>
        </w:rPr>
        <w:t xml:space="preserve">. Les </w:t>
      </w:r>
      <w:proofErr w:type="spellStart"/>
      <w:r w:rsidRPr="00543AB2">
        <w:rPr>
          <w:rFonts w:ascii="Times New Roman" w:hAnsi="Times New Roman" w:cs="Times New Roman"/>
          <w:sz w:val="28"/>
          <w:szCs w:val="28"/>
          <w:lang w:val="es-ES"/>
        </w:rPr>
        <w:t>techniques</w:t>
      </w:r>
      <w:proofErr w:type="spellEnd"/>
      <w:r w:rsidRPr="00543AB2">
        <w:rPr>
          <w:rFonts w:ascii="Times New Roman" w:hAnsi="Times New Roman" w:cs="Times New Roman"/>
          <w:sz w:val="28"/>
          <w:szCs w:val="28"/>
          <w:lang w:val="es-ES"/>
        </w:rPr>
        <w:t xml:space="preserve"> et </w:t>
      </w:r>
      <w:proofErr w:type="spellStart"/>
      <w:r w:rsidRPr="00543AB2">
        <w:rPr>
          <w:rFonts w:ascii="Times New Roman" w:hAnsi="Times New Roman" w:cs="Times New Roman"/>
          <w:sz w:val="28"/>
          <w:szCs w:val="28"/>
          <w:lang w:val="es-ES"/>
        </w:rPr>
        <w:t>instruments</w:t>
      </w:r>
      <w:proofErr w:type="spellEnd"/>
      <w:r w:rsidRPr="00543AB2">
        <w:rPr>
          <w:rFonts w:ascii="Times New Roman" w:hAnsi="Times New Roman" w:cs="Times New Roman"/>
          <w:sz w:val="28"/>
          <w:szCs w:val="28"/>
          <w:lang w:val="es-ES"/>
        </w:rPr>
        <w:t xml:space="preserve"> de </w:t>
      </w:r>
      <w:proofErr w:type="spellStart"/>
      <w:r w:rsidRPr="00543AB2">
        <w:rPr>
          <w:rFonts w:ascii="Times New Roman" w:hAnsi="Times New Roman" w:cs="Times New Roman"/>
          <w:sz w:val="28"/>
          <w:szCs w:val="28"/>
          <w:lang w:val="es-ES"/>
        </w:rPr>
        <w:t>collecte</w:t>
      </w:r>
      <w:proofErr w:type="spellEnd"/>
      <w:r w:rsidRPr="00543AB2">
        <w:rPr>
          <w:rFonts w:ascii="Times New Roman" w:hAnsi="Times New Roman" w:cs="Times New Roman"/>
          <w:sz w:val="28"/>
          <w:szCs w:val="28"/>
          <w:lang w:val="es-ES"/>
        </w:rPr>
        <w:t xml:space="preserve"> des </w:t>
      </w:r>
      <w:proofErr w:type="spellStart"/>
      <w:r w:rsidRPr="00543AB2">
        <w:rPr>
          <w:rFonts w:ascii="Times New Roman" w:hAnsi="Times New Roman" w:cs="Times New Roman"/>
          <w:sz w:val="28"/>
          <w:szCs w:val="28"/>
          <w:lang w:val="es-ES"/>
        </w:rPr>
        <w:t>données</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doivent</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également</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être</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présentés</w:t>
      </w:r>
      <w:proofErr w:type="spellEnd"/>
      <w:r w:rsidRPr="00543AB2">
        <w:rPr>
          <w:rFonts w:ascii="Times New Roman" w:hAnsi="Times New Roman" w:cs="Times New Roman"/>
          <w:sz w:val="28"/>
          <w:szCs w:val="28"/>
          <w:lang w:val="es-ES"/>
        </w:rPr>
        <w:t>.</w:t>
      </w:r>
    </w:p>
    <w:p w14:paraId="3BE985B9" w14:textId="77777777" w:rsidR="00386F09" w:rsidRPr="00543AB2" w:rsidRDefault="00000000" w:rsidP="00543AB2">
      <w:pPr>
        <w:spacing w:before="200" w:after="100"/>
        <w:jc w:val="both"/>
        <w:rPr>
          <w:rFonts w:ascii="Times New Roman" w:hAnsi="Times New Roman" w:cs="Times New Roman"/>
          <w:sz w:val="28"/>
          <w:szCs w:val="28"/>
          <w:lang w:val="es-ES"/>
        </w:rPr>
      </w:pPr>
      <w:r w:rsidRPr="00543AB2">
        <w:rPr>
          <w:rFonts w:ascii="Times New Roman" w:hAnsi="Times New Roman" w:cs="Times New Roman"/>
          <w:b/>
          <w:color w:val="17365D"/>
          <w:sz w:val="28"/>
          <w:szCs w:val="28"/>
          <w:lang w:val="es-ES"/>
        </w:rPr>
        <w:t>RÉSULTATS ET DISCUSSION</w:t>
      </w:r>
    </w:p>
    <w:p w14:paraId="08BBD1D8" w14:textId="77777777" w:rsidR="00386F09" w:rsidRPr="00543AB2" w:rsidRDefault="00000000" w:rsidP="00543AB2">
      <w:pPr>
        <w:jc w:val="both"/>
        <w:rPr>
          <w:rFonts w:ascii="Times New Roman" w:hAnsi="Times New Roman" w:cs="Times New Roman"/>
          <w:sz w:val="28"/>
          <w:szCs w:val="28"/>
          <w:lang w:val="es-ES"/>
        </w:rPr>
      </w:pPr>
      <w:r w:rsidRPr="00543AB2">
        <w:rPr>
          <w:rFonts w:ascii="Times New Roman" w:hAnsi="Times New Roman" w:cs="Times New Roman"/>
          <w:sz w:val="28"/>
          <w:szCs w:val="28"/>
          <w:lang w:val="es-ES"/>
        </w:rPr>
        <w:t xml:space="preserve">Ces </w:t>
      </w:r>
      <w:proofErr w:type="spellStart"/>
      <w:r w:rsidRPr="00543AB2">
        <w:rPr>
          <w:rFonts w:ascii="Times New Roman" w:hAnsi="Times New Roman" w:cs="Times New Roman"/>
          <w:sz w:val="28"/>
          <w:szCs w:val="28"/>
          <w:lang w:val="es-ES"/>
        </w:rPr>
        <w:t>sections</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peuvent</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être</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présentées</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sous</w:t>
      </w:r>
      <w:proofErr w:type="spellEnd"/>
      <w:r w:rsidRPr="00543AB2">
        <w:rPr>
          <w:rFonts w:ascii="Times New Roman" w:hAnsi="Times New Roman" w:cs="Times New Roman"/>
          <w:sz w:val="28"/>
          <w:szCs w:val="28"/>
          <w:lang w:val="es-ES"/>
        </w:rPr>
        <w:t xml:space="preserve"> un </w:t>
      </w:r>
      <w:proofErr w:type="spellStart"/>
      <w:r w:rsidRPr="00543AB2">
        <w:rPr>
          <w:rFonts w:ascii="Times New Roman" w:hAnsi="Times New Roman" w:cs="Times New Roman"/>
          <w:sz w:val="28"/>
          <w:szCs w:val="28"/>
          <w:lang w:val="es-ES"/>
        </w:rPr>
        <w:t>même</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titre</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ou</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séparément</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sous</w:t>
      </w:r>
      <w:proofErr w:type="spellEnd"/>
      <w:r w:rsidRPr="00543AB2">
        <w:rPr>
          <w:rFonts w:ascii="Times New Roman" w:hAnsi="Times New Roman" w:cs="Times New Roman"/>
          <w:sz w:val="28"/>
          <w:szCs w:val="28"/>
          <w:lang w:val="es-ES"/>
        </w:rPr>
        <w:t xml:space="preserve"> les rubriques </w:t>
      </w:r>
      <w:proofErr w:type="gramStart"/>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Résultats</w:t>
      </w:r>
      <w:proofErr w:type="spellEnd"/>
      <w:proofErr w:type="gramEnd"/>
      <w:r w:rsidRPr="00543AB2">
        <w:rPr>
          <w:rFonts w:ascii="Times New Roman" w:hAnsi="Times New Roman" w:cs="Times New Roman"/>
          <w:sz w:val="28"/>
          <w:szCs w:val="28"/>
          <w:lang w:val="es-ES"/>
        </w:rPr>
        <w:t xml:space="preserve"> » et « </w:t>
      </w:r>
      <w:proofErr w:type="spellStart"/>
      <w:r w:rsidRPr="00543AB2">
        <w:rPr>
          <w:rFonts w:ascii="Times New Roman" w:hAnsi="Times New Roman" w:cs="Times New Roman"/>
          <w:sz w:val="28"/>
          <w:szCs w:val="28"/>
          <w:lang w:val="es-ES"/>
        </w:rPr>
        <w:t>Discussion</w:t>
      </w:r>
      <w:proofErr w:type="spellEnd"/>
      <w:r w:rsidRPr="00543AB2">
        <w:rPr>
          <w:rFonts w:ascii="Times New Roman" w:hAnsi="Times New Roman" w:cs="Times New Roman"/>
          <w:sz w:val="28"/>
          <w:szCs w:val="28"/>
          <w:lang w:val="es-ES"/>
        </w:rPr>
        <w:t xml:space="preserve"> ». Les </w:t>
      </w:r>
      <w:proofErr w:type="spellStart"/>
      <w:r w:rsidRPr="00543AB2">
        <w:rPr>
          <w:rFonts w:ascii="Times New Roman" w:hAnsi="Times New Roman" w:cs="Times New Roman"/>
          <w:sz w:val="28"/>
          <w:szCs w:val="28"/>
          <w:lang w:val="es-ES"/>
        </w:rPr>
        <w:t>résultats</w:t>
      </w:r>
      <w:proofErr w:type="spellEnd"/>
      <w:r w:rsidRPr="00543AB2">
        <w:rPr>
          <w:rFonts w:ascii="Times New Roman" w:hAnsi="Times New Roman" w:cs="Times New Roman"/>
          <w:sz w:val="28"/>
          <w:szCs w:val="28"/>
          <w:lang w:val="es-ES"/>
        </w:rPr>
        <w:t xml:space="preserve"> de </w:t>
      </w:r>
      <w:proofErr w:type="spellStart"/>
      <w:r w:rsidRPr="00543AB2">
        <w:rPr>
          <w:rFonts w:ascii="Times New Roman" w:hAnsi="Times New Roman" w:cs="Times New Roman"/>
          <w:sz w:val="28"/>
          <w:szCs w:val="28"/>
          <w:lang w:val="es-ES"/>
        </w:rPr>
        <w:t>l’étude</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doivent</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être</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exposés</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avec</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suffisamment</w:t>
      </w:r>
      <w:proofErr w:type="spellEnd"/>
      <w:r w:rsidRPr="00543AB2">
        <w:rPr>
          <w:rFonts w:ascii="Times New Roman" w:hAnsi="Times New Roman" w:cs="Times New Roman"/>
          <w:sz w:val="28"/>
          <w:szCs w:val="28"/>
          <w:lang w:val="es-ES"/>
        </w:rPr>
        <w:t xml:space="preserve"> de </w:t>
      </w:r>
      <w:proofErr w:type="spellStart"/>
      <w:r w:rsidRPr="00543AB2">
        <w:rPr>
          <w:rFonts w:ascii="Times New Roman" w:hAnsi="Times New Roman" w:cs="Times New Roman"/>
          <w:sz w:val="28"/>
          <w:szCs w:val="28"/>
          <w:lang w:val="es-ES"/>
        </w:rPr>
        <w:t>précision</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pour</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étayer</w:t>
      </w:r>
      <w:proofErr w:type="spellEnd"/>
      <w:r w:rsidRPr="00543AB2">
        <w:rPr>
          <w:rFonts w:ascii="Times New Roman" w:hAnsi="Times New Roman" w:cs="Times New Roman"/>
          <w:sz w:val="28"/>
          <w:szCs w:val="28"/>
          <w:lang w:val="es-ES"/>
        </w:rPr>
        <w:t xml:space="preserve"> et </w:t>
      </w:r>
      <w:proofErr w:type="spellStart"/>
      <w:r w:rsidRPr="00543AB2">
        <w:rPr>
          <w:rFonts w:ascii="Times New Roman" w:hAnsi="Times New Roman" w:cs="Times New Roman"/>
          <w:sz w:val="28"/>
          <w:szCs w:val="28"/>
          <w:lang w:val="es-ES"/>
        </w:rPr>
        <w:t>justifier</w:t>
      </w:r>
      <w:proofErr w:type="spellEnd"/>
      <w:r w:rsidRPr="00543AB2">
        <w:rPr>
          <w:rFonts w:ascii="Times New Roman" w:hAnsi="Times New Roman" w:cs="Times New Roman"/>
          <w:sz w:val="28"/>
          <w:szCs w:val="28"/>
          <w:lang w:val="es-ES"/>
        </w:rPr>
        <w:t xml:space="preserve"> les </w:t>
      </w:r>
      <w:proofErr w:type="spellStart"/>
      <w:r w:rsidRPr="00543AB2">
        <w:rPr>
          <w:rFonts w:ascii="Times New Roman" w:hAnsi="Times New Roman" w:cs="Times New Roman"/>
          <w:sz w:val="28"/>
          <w:szCs w:val="28"/>
          <w:lang w:val="es-ES"/>
        </w:rPr>
        <w:t>conclusions</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Ils</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doivent</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être</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objectifs</w:t>
      </w:r>
      <w:proofErr w:type="spellEnd"/>
      <w:r w:rsidRPr="00543AB2">
        <w:rPr>
          <w:rFonts w:ascii="Times New Roman" w:hAnsi="Times New Roman" w:cs="Times New Roman"/>
          <w:sz w:val="28"/>
          <w:szCs w:val="28"/>
          <w:lang w:val="es-ES"/>
        </w:rPr>
        <w:t xml:space="preserve"> et </w:t>
      </w:r>
      <w:proofErr w:type="spellStart"/>
      <w:r w:rsidRPr="00543AB2">
        <w:rPr>
          <w:rFonts w:ascii="Times New Roman" w:hAnsi="Times New Roman" w:cs="Times New Roman"/>
          <w:sz w:val="28"/>
          <w:szCs w:val="28"/>
          <w:lang w:val="es-ES"/>
        </w:rPr>
        <w:t>clairs</w:t>
      </w:r>
      <w:proofErr w:type="spellEnd"/>
      <w:r w:rsidRPr="00543AB2">
        <w:rPr>
          <w:rFonts w:ascii="Times New Roman" w:hAnsi="Times New Roman" w:cs="Times New Roman"/>
          <w:sz w:val="28"/>
          <w:szCs w:val="28"/>
          <w:lang w:val="es-ES"/>
        </w:rPr>
        <w:t xml:space="preserve"> et </w:t>
      </w:r>
      <w:proofErr w:type="spellStart"/>
      <w:r w:rsidRPr="00543AB2">
        <w:rPr>
          <w:rFonts w:ascii="Times New Roman" w:hAnsi="Times New Roman" w:cs="Times New Roman"/>
          <w:sz w:val="28"/>
          <w:szCs w:val="28"/>
          <w:lang w:val="es-ES"/>
        </w:rPr>
        <w:t>apparaître</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comme</w:t>
      </w:r>
      <w:proofErr w:type="spellEnd"/>
      <w:r w:rsidRPr="00543AB2">
        <w:rPr>
          <w:rFonts w:ascii="Times New Roman" w:hAnsi="Times New Roman" w:cs="Times New Roman"/>
          <w:sz w:val="28"/>
          <w:szCs w:val="28"/>
          <w:lang w:val="es-ES"/>
        </w:rPr>
        <w:t xml:space="preserve"> la </w:t>
      </w:r>
      <w:proofErr w:type="spellStart"/>
      <w:r w:rsidRPr="00543AB2">
        <w:rPr>
          <w:rFonts w:ascii="Times New Roman" w:hAnsi="Times New Roman" w:cs="Times New Roman"/>
          <w:sz w:val="28"/>
          <w:szCs w:val="28"/>
          <w:lang w:val="es-ES"/>
        </w:rPr>
        <w:t>conséquence</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logique</w:t>
      </w:r>
      <w:proofErr w:type="spellEnd"/>
      <w:r w:rsidRPr="00543AB2">
        <w:rPr>
          <w:rFonts w:ascii="Times New Roman" w:hAnsi="Times New Roman" w:cs="Times New Roman"/>
          <w:sz w:val="28"/>
          <w:szCs w:val="28"/>
          <w:lang w:val="es-ES"/>
        </w:rPr>
        <w:t xml:space="preserve"> de la </w:t>
      </w:r>
      <w:proofErr w:type="spellStart"/>
      <w:r w:rsidRPr="00543AB2">
        <w:rPr>
          <w:rFonts w:ascii="Times New Roman" w:hAnsi="Times New Roman" w:cs="Times New Roman"/>
          <w:sz w:val="28"/>
          <w:szCs w:val="28"/>
          <w:lang w:val="es-ES"/>
        </w:rPr>
        <w:t>méthodologie</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utilisée</w:t>
      </w:r>
      <w:proofErr w:type="spellEnd"/>
      <w:r w:rsidRPr="00543AB2">
        <w:rPr>
          <w:rFonts w:ascii="Times New Roman" w:hAnsi="Times New Roman" w:cs="Times New Roman"/>
          <w:sz w:val="28"/>
          <w:szCs w:val="28"/>
          <w:lang w:val="es-ES"/>
        </w:rPr>
        <w:t>.</w:t>
      </w:r>
    </w:p>
    <w:p w14:paraId="286DF176" w14:textId="77777777" w:rsidR="00386F09" w:rsidRPr="00543AB2" w:rsidRDefault="00000000" w:rsidP="00543AB2">
      <w:pPr>
        <w:jc w:val="both"/>
        <w:rPr>
          <w:rFonts w:ascii="Times New Roman" w:hAnsi="Times New Roman" w:cs="Times New Roman"/>
          <w:sz w:val="28"/>
          <w:szCs w:val="28"/>
        </w:rPr>
      </w:pPr>
      <w:proofErr w:type="spellStart"/>
      <w:r w:rsidRPr="00543AB2">
        <w:rPr>
          <w:rFonts w:ascii="Times New Roman" w:hAnsi="Times New Roman" w:cs="Times New Roman"/>
          <w:sz w:val="28"/>
          <w:szCs w:val="28"/>
          <w:lang w:val="es-ES"/>
        </w:rPr>
        <w:t>Lorsque</w:t>
      </w:r>
      <w:proofErr w:type="spellEnd"/>
      <w:r w:rsidRPr="00543AB2">
        <w:rPr>
          <w:rFonts w:ascii="Times New Roman" w:hAnsi="Times New Roman" w:cs="Times New Roman"/>
          <w:sz w:val="28"/>
          <w:szCs w:val="28"/>
          <w:lang w:val="es-ES"/>
        </w:rPr>
        <w:t xml:space="preserve"> des </w:t>
      </w:r>
      <w:proofErr w:type="spellStart"/>
      <w:r w:rsidRPr="00543AB2">
        <w:rPr>
          <w:rFonts w:ascii="Times New Roman" w:hAnsi="Times New Roman" w:cs="Times New Roman"/>
          <w:sz w:val="28"/>
          <w:szCs w:val="28"/>
          <w:lang w:val="es-ES"/>
        </w:rPr>
        <w:t>illustrations</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tableaux</w:t>
      </w:r>
      <w:proofErr w:type="spellEnd"/>
      <w:r w:rsidRPr="00543AB2">
        <w:rPr>
          <w:rFonts w:ascii="Times New Roman" w:hAnsi="Times New Roman" w:cs="Times New Roman"/>
          <w:sz w:val="28"/>
          <w:szCs w:val="28"/>
          <w:lang w:val="es-ES"/>
        </w:rPr>
        <w:t xml:space="preserve"> et/</w:t>
      </w:r>
      <w:proofErr w:type="spellStart"/>
      <w:r w:rsidRPr="00543AB2">
        <w:rPr>
          <w:rFonts w:ascii="Times New Roman" w:hAnsi="Times New Roman" w:cs="Times New Roman"/>
          <w:sz w:val="28"/>
          <w:szCs w:val="28"/>
          <w:lang w:val="es-ES"/>
        </w:rPr>
        <w:t>ou</w:t>
      </w:r>
      <w:proofErr w:type="spellEnd"/>
      <w:r w:rsidRPr="00543AB2">
        <w:rPr>
          <w:rFonts w:ascii="Times New Roman" w:hAnsi="Times New Roman" w:cs="Times New Roman"/>
          <w:sz w:val="28"/>
          <w:szCs w:val="28"/>
          <w:lang w:val="es-ES"/>
        </w:rPr>
        <w:t xml:space="preserve"> figures </w:t>
      </w:r>
      <w:proofErr w:type="spellStart"/>
      <w:r w:rsidRPr="00543AB2">
        <w:rPr>
          <w:rFonts w:ascii="Times New Roman" w:hAnsi="Times New Roman" w:cs="Times New Roman"/>
          <w:sz w:val="28"/>
          <w:szCs w:val="28"/>
          <w:lang w:val="es-ES"/>
        </w:rPr>
        <w:t>sont</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présentés</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dans</w:t>
      </w:r>
      <w:proofErr w:type="spellEnd"/>
      <w:r w:rsidRPr="00543AB2">
        <w:rPr>
          <w:rFonts w:ascii="Times New Roman" w:hAnsi="Times New Roman" w:cs="Times New Roman"/>
          <w:sz w:val="28"/>
          <w:szCs w:val="28"/>
          <w:lang w:val="es-ES"/>
        </w:rPr>
        <w:t xml:space="preserve"> les </w:t>
      </w:r>
      <w:proofErr w:type="spellStart"/>
      <w:r w:rsidRPr="00543AB2">
        <w:rPr>
          <w:rFonts w:ascii="Times New Roman" w:hAnsi="Times New Roman" w:cs="Times New Roman"/>
          <w:sz w:val="28"/>
          <w:szCs w:val="28"/>
          <w:lang w:val="es-ES"/>
        </w:rPr>
        <w:t>résultats</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ils</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doivent</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être</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numérotés</w:t>
      </w:r>
      <w:proofErr w:type="spellEnd"/>
      <w:r w:rsidRPr="00543AB2">
        <w:rPr>
          <w:rFonts w:ascii="Times New Roman" w:hAnsi="Times New Roman" w:cs="Times New Roman"/>
          <w:sz w:val="28"/>
          <w:szCs w:val="28"/>
          <w:lang w:val="es-ES"/>
        </w:rPr>
        <w:t xml:space="preserve"> de </w:t>
      </w:r>
      <w:proofErr w:type="spellStart"/>
      <w:r w:rsidRPr="00543AB2">
        <w:rPr>
          <w:rFonts w:ascii="Times New Roman" w:hAnsi="Times New Roman" w:cs="Times New Roman"/>
          <w:sz w:val="28"/>
          <w:szCs w:val="28"/>
          <w:lang w:val="es-ES"/>
        </w:rPr>
        <w:t>manière</w:t>
      </w:r>
      <w:proofErr w:type="spellEnd"/>
      <w:r w:rsidRPr="00543AB2">
        <w:rPr>
          <w:rFonts w:ascii="Times New Roman" w:hAnsi="Times New Roman" w:cs="Times New Roman"/>
          <w:sz w:val="28"/>
          <w:szCs w:val="28"/>
          <w:lang w:val="es-ES"/>
        </w:rPr>
        <w:t xml:space="preserve"> continue </w:t>
      </w:r>
      <w:proofErr w:type="spellStart"/>
      <w:r w:rsidRPr="00543AB2">
        <w:rPr>
          <w:rFonts w:ascii="Times New Roman" w:hAnsi="Times New Roman" w:cs="Times New Roman"/>
          <w:sz w:val="28"/>
          <w:szCs w:val="28"/>
          <w:lang w:val="es-ES"/>
        </w:rPr>
        <w:t>afin</w:t>
      </w:r>
      <w:proofErr w:type="spellEnd"/>
      <w:r w:rsidRPr="00543AB2">
        <w:rPr>
          <w:rFonts w:ascii="Times New Roman" w:hAnsi="Times New Roman" w:cs="Times New Roman"/>
          <w:sz w:val="28"/>
          <w:szCs w:val="28"/>
          <w:lang w:val="es-ES"/>
        </w:rPr>
        <w:t xml:space="preserve"> de </w:t>
      </w:r>
      <w:proofErr w:type="spellStart"/>
      <w:r w:rsidRPr="00543AB2">
        <w:rPr>
          <w:rFonts w:ascii="Times New Roman" w:hAnsi="Times New Roman" w:cs="Times New Roman"/>
          <w:sz w:val="28"/>
          <w:szCs w:val="28"/>
          <w:lang w:val="es-ES"/>
        </w:rPr>
        <w:t>permettre</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leur</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référence</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immédiate</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dans</w:t>
      </w:r>
      <w:proofErr w:type="spellEnd"/>
      <w:r w:rsidRPr="00543AB2">
        <w:rPr>
          <w:rFonts w:ascii="Times New Roman" w:hAnsi="Times New Roman" w:cs="Times New Roman"/>
          <w:sz w:val="28"/>
          <w:szCs w:val="28"/>
          <w:lang w:val="es-ES"/>
        </w:rPr>
        <w:t xml:space="preserve"> le </w:t>
      </w:r>
      <w:proofErr w:type="spellStart"/>
      <w:r w:rsidRPr="00543AB2">
        <w:rPr>
          <w:rFonts w:ascii="Times New Roman" w:hAnsi="Times New Roman" w:cs="Times New Roman"/>
          <w:sz w:val="28"/>
          <w:szCs w:val="28"/>
          <w:lang w:val="es-ES"/>
        </w:rPr>
        <w:t>texte</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rPr>
        <w:t>Ils</w:t>
      </w:r>
      <w:proofErr w:type="spellEnd"/>
      <w:r w:rsidRPr="00543AB2">
        <w:rPr>
          <w:rFonts w:ascii="Times New Roman" w:hAnsi="Times New Roman" w:cs="Times New Roman"/>
          <w:sz w:val="28"/>
          <w:szCs w:val="28"/>
        </w:rPr>
        <w:t xml:space="preserve"> </w:t>
      </w:r>
      <w:proofErr w:type="spellStart"/>
      <w:r w:rsidRPr="00543AB2">
        <w:rPr>
          <w:rFonts w:ascii="Times New Roman" w:hAnsi="Times New Roman" w:cs="Times New Roman"/>
          <w:sz w:val="28"/>
          <w:szCs w:val="28"/>
        </w:rPr>
        <w:t>doivent</w:t>
      </w:r>
      <w:proofErr w:type="spellEnd"/>
      <w:r w:rsidRPr="00543AB2">
        <w:rPr>
          <w:rFonts w:ascii="Times New Roman" w:hAnsi="Times New Roman" w:cs="Times New Roman"/>
          <w:sz w:val="28"/>
          <w:szCs w:val="28"/>
        </w:rPr>
        <w:t xml:space="preserve"> </w:t>
      </w:r>
      <w:proofErr w:type="spellStart"/>
      <w:r w:rsidRPr="00543AB2">
        <w:rPr>
          <w:rFonts w:ascii="Times New Roman" w:hAnsi="Times New Roman" w:cs="Times New Roman"/>
          <w:sz w:val="28"/>
          <w:szCs w:val="28"/>
        </w:rPr>
        <w:t>comporter</w:t>
      </w:r>
      <w:proofErr w:type="spellEnd"/>
      <w:r w:rsidRPr="00543AB2">
        <w:rPr>
          <w:rFonts w:ascii="Times New Roman" w:hAnsi="Times New Roman" w:cs="Times New Roman"/>
          <w:sz w:val="28"/>
          <w:szCs w:val="28"/>
        </w:rPr>
        <w:t xml:space="preserve"> des titres appropriés, des légendes explicatives et, au besoin, les précisions nécessaires concernant les symboles, abréviations, données, images et statistiques.</w:t>
      </w:r>
    </w:p>
    <w:p w14:paraId="1CD4F2DE" w14:textId="77777777" w:rsidR="00386F09" w:rsidRPr="00543AB2" w:rsidRDefault="00000000" w:rsidP="00543AB2">
      <w:pPr>
        <w:jc w:val="both"/>
        <w:rPr>
          <w:rFonts w:ascii="Times New Roman" w:hAnsi="Times New Roman" w:cs="Times New Roman"/>
          <w:sz w:val="28"/>
          <w:szCs w:val="28"/>
        </w:rPr>
      </w:pPr>
      <w:r w:rsidRPr="00543AB2">
        <w:rPr>
          <w:rFonts w:ascii="Times New Roman" w:hAnsi="Times New Roman" w:cs="Times New Roman"/>
          <w:sz w:val="28"/>
          <w:szCs w:val="28"/>
        </w:rPr>
        <w:br w:type="page"/>
      </w:r>
    </w:p>
    <w:p w14:paraId="3075EE90" w14:textId="77777777" w:rsidR="00386F09" w:rsidRPr="00543AB2" w:rsidRDefault="00000000">
      <w:pPr>
        <w:spacing w:before="200" w:after="100"/>
        <w:rPr>
          <w:rFonts w:ascii="Times New Roman" w:hAnsi="Times New Roman" w:cs="Times New Roman"/>
          <w:sz w:val="28"/>
          <w:szCs w:val="28"/>
        </w:rPr>
      </w:pPr>
      <w:r w:rsidRPr="00543AB2">
        <w:rPr>
          <w:rFonts w:ascii="Times New Roman" w:hAnsi="Times New Roman" w:cs="Times New Roman"/>
          <w:b/>
          <w:color w:val="17365D"/>
          <w:sz w:val="28"/>
          <w:szCs w:val="28"/>
        </w:rPr>
        <w:lastRenderedPageBreak/>
        <w:t>RÉSULTATS ET DISCUSSION — SUITE</w:t>
      </w:r>
    </w:p>
    <w:p w14:paraId="374DE1D4" w14:textId="77777777" w:rsidR="00386F09" w:rsidRPr="00543AB2" w:rsidRDefault="00000000">
      <w:pPr>
        <w:jc w:val="both"/>
        <w:rPr>
          <w:rFonts w:ascii="Times New Roman" w:hAnsi="Times New Roman" w:cs="Times New Roman"/>
          <w:sz w:val="28"/>
          <w:szCs w:val="28"/>
        </w:rPr>
      </w:pPr>
      <w:r w:rsidRPr="00543AB2">
        <w:rPr>
          <w:rFonts w:ascii="Times New Roman" w:hAnsi="Times New Roman" w:cs="Times New Roman"/>
          <w:sz w:val="28"/>
          <w:szCs w:val="28"/>
        </w:rPr>
        <w:t>Dans la discussion, l’auteur peut présenter ses interprétations, notamment les explications de principes, les régularités observées et les généralisations qui en découlent, lorsque cela est justifié.</w:t>
      </w:r>
    </w:p>
    <w:p w14:paraId="41DD61D9" w14:textId="77777777" w:rsidR="00386F09" w:rsidRPr="00543AB2" w:rsidRDefault="00000000">
      <w:pPr>
        <w:jc w:val="both"/>
        <w:rPr>
          <w:rFonts w:ascii="Times New Roman" w:hAnsi="Times New Roman" w:cs="Times New Roman"/>
          <w:sz w:val="28"/>
          <w:szCs w:val="28"/>
          <w:lang w:val="es-ES"/>
        </w:rPr>
      </w:pPr>
      <w:proofErr w:type="spellStart"/>
      <w:r w:rsidRPr="00543AB2">
        <w:rPr>
          <w:rFonts w:ascii="Times New Roman" w:hAnsi="Times New Roman" w:cs="Times New Roman"/>
          <w:sz w:val="28"/>
          <w:szCs w:val="28"/>
          <w:lang w:val="es-ES"/>
        </w:rPr>
        <w:t>Il</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convient</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enfin</w:t>
      </w:r>
      <w:proofErr w:type="spellEnd"/>
      <w:r w:rsidRPr="00543AB2">
        <w:rPr>
          <w:rFonts w:ascii="Times New Roman" w:hAnsi="Times New Roman" w:cs="Times New Roman"/>
          <w:sz w:val="28"/>
          <w:szCs w:val="28"/>
          <w:lang w:val="es-ES"/>
        </w:rPr>
        <w:t xml:space="preserve"> de </w:t>
      </w:r>
      <w:proofErr w:type="spellStart"/>
      <w:r w:rsidRPr="00543AB2">
        <w:rPr>
          <w:rFonts w:ascii="Times New Roman" w:hAnsi="Times New Roman" w:cs="Times New Roman"/>
          <w:sz w:val="28"/>
          <w:szCs w:val="28"/>
          <w:lang w:val="es-ES"/>
        </w:rPr>
        <w:t>mettre</w:t>
      </w:r>
      <w:proofErr w:type="spellEnd"/>
      <w:r w:rsidRPr="00543AB2">
        <w:rPr>
          <w:rFonts w:ascii="Times New Roman" w:hAnsi="Times New Roman" w:cs="Times New Roman"/>
          <w:sz w:val="28"/>
          <w:szCs w:val="28"/>
          <w:lang w:val="es-ES"/>
        </w:rPr>
        <w:t xml:space="preserve"> en </w:t>
      </w:r>
      <w:proofErr w:type="spellStart"/>
      <w:r w:rsidRPr="00543AB2">
        <w:rPr>
          <w:rFonts w:ascii="Times New Roman" w:hAnsi="Times New Roman" w:cs="Times New Roman"/>
          <w:sz w:val="28"/>
          <w:szCs w:val="28"/>
          <w:lang w:val="es-ES"/>
        </w:rPr>
        <w:t>évidence</w:t>
      </w:r>
      <w:proofErr w:type="spellEnd"/>
      <w:r w:rsidRPr="00543AB2">
        <w:rPr>
          <w:rFonts w:ascii="Times New Roman" w:hAnsi="Times New Roman" w:cs="Times New Roman"/>
          <w:sz w:val="28"/>
          <w:szCs w:val="28"/>
          <w:lang w:val="es-ES"/>
        </w:rPr>
        <w:t xml:space="preserve"> la </w:t>
      </w:r>
      <w:proofErr w:type="spellStart"/>
      <w:r w:rsidRPr="00543AB2">
        <w:rPr>
          <w:rFonts w:ascii="Times New Roman" w:hAnsi="Times New Roman" w:cs="Times New Roman"/>
          <w:sz w:val="28"/>
          <w:szCs w:val="28"/>
          <w:lang w:val="es-ES"/>
        </w:rPr>
        <w:t>nouveauté</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scientifique</w:t>
      </w:r>
      <w:proofErr w:type="spellEnd"/>
      <w:r w:rsidRPr="00543AB2">
        <w:rPr>
          <w:rFonts w:ascii="Times New Roman" w:hAnsi="Times New Roman" w:cs="Times New Roman"/>
          <w:sz w:val="28"/>
          <w:szCs w:val="28"/>
          <w:lang w:val="es-ES"/>
        </w:rPr>
        <w:t xml:space="preserve"> du </w:t>
      </w:r>
      <w:proofErr w:type="spellStart"/>
      <w:r w:rsidRPr="00543AB2">
        <w:rPr>
          <w:rFonts w:ascii="Times New Roman" w:hAnsi="Times New Roman" w:cs="Times New Roman"/>
          <w:sz w:val="28"/>
          <w:szCs w:val="28"/>
          <w:lang w:val="es-ES"/>
        </w:rPr>
        <w:t>travail</w:t>
      </w:r>
      <w:proofErr w:type="spellEnd"/>
      <w:r w:rsidRPr="00543AB2">
        <w:rPr>
          <w:rFonts w:ascii="Times New Roman" w:hAnsi="Times New Roman" w:cs="Times New Roman"/>
          <w:sz w:val="28"/>
          <w:szCs w:val="28"/>
          <w:lang w:val="es-ES"/>
        </w:rPr>
        <w:t xml:space="preserve">, les </w:t>
      </w:r>
      <w:proofErr w:type="spellStart"/>
      <w:r w:rsidRPr="00543AB2">
        <w:rPr>
          <w:rFonts w:ascii="Times New Roman" w:hAnsi="Times New Roman" w:cs="Times New Roman"/>
          <w:sz w:val="28"/>
          <w:szCs w:val="28"/>
          <w:lang w:val="es-ES"/>
        </w:rPr>
        <w:t>éléments</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controversés</w:t>
      </w:r>
      <w:proofErr w:type="spellEnd"/>
      <w:r w:rsidRPr="00543AB2">
        <w:rPr>
          <w:rFonts w:ascii="Times New Roman" w:hAnsi="Times New Roman" w:cs="Times New Roman"/>
          <w:sz w:val="28"/>
          <w:szCs w:val="28"/>
          <w:lang w:val="es-ES"/>
        </w:rPr>
        <w:t xml:space="preserve">, les </w:t>
      </w:r>
      <w:proofErr w:type="spellStart"/>
      <w:r w:rsidRPr="00543AB2">
        <w:rPr>
          <w:rFonts w:ascii="Times New Roman" w:hAnsi="Times New Roman" w:cs="Times New Roman"/>
          <w:sz w:val="28"/>
          <w:szCs w:val="28"/>
          <w:lang w:val="es-ES"/>
        </w:rPr>
        <w:t>perspectives</w:t>
      </w:r>
      <w:proofErr w:type="spellEnd"/>
      <w:r w:rsidRPr="00543AB2">
        <w:rPr>
          <w:rFonts w:ascii="Times New Roman" w:hAnsi="Times New Roman" w:cs="Times New Roman"/>
          <w:sz w:val="28"/>
          <w:szCs w:val="28"/>
          <w:lang w:val="es-ES"/>
        </w:rPr>
        <w:t xml:space="preserve"> et prospectives </w:t>
      </w:r>
      <w:proofErr w:type="spellStart"/>
      <w:r w:rsidRPr="00543AB2">
        <w:rPr>
          <w:rFonts w:ascii="Times New Roman" w:hAnsi="Times New Roman" w:cs="Times New Roman"/>
          <w:sz w:val="28"/>
          <w:szCs w:val="28"/>
          <w:lang w:val="es-ES"/>
        </w:rPr>
        <w:t>théoriques</w:t>
      </w:r>
      <w:proofErr w:type="spellEnd"/>
      <w:r w:rsidRPr="00543AB2">
        <w:rPr>
          <w:rFonts w:ascii="Times New Roman" w:hAnsi="Times New Roman" w:cs="Times New Roman"/>
          <w:sz w:val="28"/>
          <w:szCs w:val="28"/>
          <w:lang w:val="es-ES"/>
        </w:rPr>
        <w:t xml:space="preserve">, les </w:t>
      </w:r>
      <w:proofErr w:type="spellStart"/>
      <w:r w:rsidRPr="00543AB2">
        <w:rPr>
          <w:rFonts w:ascii="Times New Roman" w:hAnsi="Times New Roman" w:cs="Times New Roman"/>
          <w:sz w:val="28"/>
          <w:szCs w:val="28"/>
          <w:lang w:val="es-ES"/>
        </w:rPr>
        <w:t>applications</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pratiques</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ainsi</w:t>
      </w:r>
      <w:proofErr w:type="spellEnd"/>
      <w:r w:rsidRPr="00543AB2">
        <w:rPr>
          <w:rFonts w:ascii="Times New Roman" w:hAnsi="Times New Roman" w:cs="Times New Roman"/>
          <w:sz w:val="28"/>
          <w:szCs w:val="28"/>
          <w:lang w:val="es-ES"/>
        </w:rPr>
        <w:t xml:space="preserve"> que la </w:t>
      </w:r>
      <w:proofErr w:type="spellStart"/>
      <w:r w:rsidRPr="00543AB2">
        <w:rPr>
          <w:rFonts w:ascii="Times New Roman" w:hAnsi="Times New Roman" w:cs="Times New Roman"/>
          <w:sz w:val="28"/>
          <w:szCs w:val="28"/>
          <w:lang w:val="es-ES"/>
        </w:rPr>
        <w:t>pertinence</w:t>
      </w:r>
      <w:proofErr w:type="spellEnd"/>
      <w:r w:rsidRPr="00543AB2">
        <w:rPr>
          <w:rFonts w:ascii="Times New Roman" w:hAnsi="Times New Roman" w:cs="Times New Roman"/>
          <w:sz w:val="28"/>
          <w:szCs w:val="28"/>
          <w:lang w:val="es-ES"/>
        </w:rPr>
        <w:t xml:space="preserve"> de </w:t>
      </w:r>
      <w:proofErr w:type="spellStart"/>
      <w:r w:rsidRPr="00543AB2">
        <w:rPr>
          <w:rFonts w:ascii="Times New Roman" w:hAnsi="Times New Roman" w:cs="Times New Roman"/>
          <w:sz w:val="28"/>
          <w:szCs w:val="28"/>
          <w:lang w:val="es-ES"/>
        </w:rPr>
        <w:t>l’étude</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au</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regard</w:t>
      </w:r>
      <w:proofErr w:type="spellEnd"/>
      <w:r w:rsidRPr="00543AB2">
        <w:rPr>
          <w:rFonts w:ascii="Times New Roman" w:hAnsi="Times New Roman" w:cs="Times New Roman"/>
          <w:sz w:val="28"/>
          <w:szCs w:val="28"/>
          <w:lang w:val="es-ES"/>
        </w:rPr>
        <w:t xml:space="preserve"> de la </w:t>
      </w:r>
      <w:proofErr w:type="spellStart"/>
      <w:r w:rsidRPr="00543AB2">
        <w:rPr>
          <w:rFonts w:ascii="Times New Roman" w:hAnsi="Times New Roman" w:cs="Times New Roman"/>
          <w:sz w:val="28"/>
          <w:szCs w:val="28"/>
          <w:lang w:val="es-ES"/>
        </w:rPr>
        <w:t>ligne</w:t>
      </w:r>
      <w:proofErr w:type="spellEnd"/>
      <w:r w:rsidRPr="00543AB2">
        <w:rPr>
          <w:rFonts w:ascii="Times New Roman" w:hAnsi="Times New Roman" w:cs="Times New Roman"/>
          <w:sz w:val="28"/>
          <w:szCs w:val="28"/>
          <w:lang w:val="es-ES"/>
        </w:rPr>
        <w:t xml:space="preserve"> de </w:t>
      </w:r>
      <w:proofErr w:type="spellStart"/>
      <w:r w:rsidRPr="00543AB2">
        <w:rPr>
          <w:rFonts w:ascii="Times New Roman" w:hAnsi="Times New Roman" w:cs="Times New Roman"/>
          <w:sz w:val="28"/>
          <w:szCs w:val="28"/>
          <w:lang w:val="es-ES"/>
        </w:rPr>
        <w:t>recherche</w:t>
      </w:r>
      <w:proofErr w:type="spellEnd"/>
      <w:r w:rsidRPr="00543AB2">
        <w:rPr>
          <w:rFonts w:ascii="Times New Roman" w:hAnsi="Times New Roman" w:cs="Times New Roman"/>
          <w:sz w:val="28"/>
          <w:szCs w:val="28"/>
          <w:lang w:val="es-ES"/>
        </w:rPr>
        <w:t>.</w:t>
      </w:r>
    </w:p>
    <w:p w14:paraId="64FFA7E2" w14:textId="77777777" w:rsidR="00386F09" w:rsidRPr="00543AB2" w:rsidRDefault="00000000">
      <w:pPr>
        <w:spacing w:before="200" w:after="100"/>
        <w:rPr>
          <w:rFonts w:ascii="Times New Roman" w:hAnsi="Times New Roman" w:cs="Times New Roman"/>
          <w:sz w:val="28"/>
          <w:szCs w:val="28"/>
        </w:rPr>
      </w:pPr>
      <w:r w:rsidRPr="00543AB2">
        <w:rPr>
          <w:rFonts w:ascii="Times New Roman" w:hAnsi="Times New Roman" w:cs="Times New Roman"/>
          <w:b/>
          <w:color w:val="17365D"/>
          <w:sz w:val="28"/>
          <w:szCs w:val="28"/>
        </w:rPr>
        <w:t>CONCLUSIONS</w:t>
      </w:r>
    </w:p>
    <w:p w14:paraId="3ED87214" w14:textId="77777777" w:rsidR="00386F09" w:rsidRPr="00543AB2" w:rsidRDefault="00000000">
      <w:pPr>
        <w:jc w:val="both"/>
        <w:rPr>
          <w:rFonts w:ascii="Times New Roman" w:hAnsi="Times New Roman" w:cs="Times New Roman"/>
          <w:sz w:val="28"/>
          <w:szCs w:val="28"/>
        </w:rPr>
      </w:pPr>
      <w:r w:rsidRPr="00543AB2">
        <w:rPr>
          <w:rFonts w:ascii="Times New Roman" w:hAnsi="Times New Roman" w:cs="Times New Roman"/>
          <w:sz w:val="28"/>
          <w:szCs w:val="28"/>
        </w:rPr>
        <w:t>Cette section est facultative. Lorsque l’auteur ou les auteurs répondent déjà de manière explicite aux questions de recherche ou aux objectifs et développent suffisamment ces éléments dans la Discussion, une section distincte intitulée « Conclusions » peut ne pas être nécessaire.</w:t>
      </w:r>
    </w:p>
    <w:p w14:paraId="109D2F1A" w14:textId="77777777" w:rsidR="00386F09" w:rsidRPr="00543AB2" w:rsidRDefault="00000000">
      <w:pPr>
        <w:spacing w:before="200" w:after="100"/>
        <w:rPr>
          <w:rFonts w:ascii="Times New Roman" w:hAnsi="Times New Roman" w:cs="Times New Roman"/>
          <w:sz w:val="28"/>
          <w:szCs w:val="28"/>
        </w:rPr>
      </w:pPr>
      <w:r w:rsidRPr="00543AB2">
        <w:rPr>
          <w:rFonts w:ascii="Times New Roman" w:hAnsi="Times New Roman" w:cs="Times New Roman"/>
          <w:b/>
          <w:color w:val="17365D"/>
          <w:sz w:val="28"/>
          <w:szCs w:val="28"/>
        </w:rPr>
        <w:t>RÉFÉRENCES BIBLIOGRAPHIQUES</w:t>
      </w:r>
    </w:p>
    <w:p w14:paraId="7924B702" w14:textId="77777777" w:rsidR="00386F09" w:rsidRPr="00543AB2" w:rsidRDefault="00000000">
      <w:pPr>
        <w:jc w:val="both"/>
        <w:rPr>
          <w:rFonts w:ascii="Times New Roman" w:hAnsi="Times New Roman" w:cs="Times New Roman"/>
          <w:sz w:val="28"/>
          <w:szCs w:val="28"/>
          <w:lang w:val="es-ES"/>
        </w:rPr>
      </w:pPr>
      <w:r w:rsidRPr="00543AB2">
        <w:rPr>
          <w:rFonts w:ascii="Times New Roman" w:hAnsi="Times New Roman" w:cs="Times New Roman"/>
          <w:sz w:val="28"/>
          <w:szCs w:val="28"/>
        </w:rPr>
        <w:t xml:space="preserve">Cette section doit contenir toutes les sources effectivement citées dans l’article, à l’exclusion des documents consultés mais non référencés dans le texte. </w:t>
      </w:r>
      <w:r w:rsidRPr="00543AB2">
        <w:rPr>
          <w:rFonts w:ascii="Times New Roman" w:hAnsi="Times New Roman" w:cs="Times New Roman"/>
          <w:sz w:val="28"/>
          <w:szCs w:val="28"/>
          <w:lang w:val="es-ES"/>
        </w:rPr>
        <w:t xml:space="preserve">La liste des </w:t>
      </w:r>
      <w:proofErr w:type="spellStart"/>
      <w:r w:rsidRPr="00543AB2">
        <w:rPr>
          <w:rFonts w:ascii="Times New Roman" w:hAnsi="Times New Roman" w:cs="Times New Roman"/>
          <w:sz w:val="28"/>
          <w:szCs w:val="28"/>
          <w:lang w:val="es-ES"/>
        </w:rPr>
        <w:t>références</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doit</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être</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présentée</w:t>
      </w:r>
      <w:proofErr w:type="spellEnd"/>
      <w:r w:rsidRPr="00543AB2">
        <w:rPr>
          <w:rFonts w:ascii="Times New Roman" w:hAnsi="Times New Roman" w:cs="Times New Roman"/>
          <w:sz w:val="28"/>
          <w:szCs w:val="28"/>
          <w:lang w:val="es-ES"/>
        </w:rPr>
        <w:t xml:space="preserve"> par </w:t>
      </w:r>
      <w:proofErr w:type="spellStart"/>
      <w:r w:rsidRPr="00543AB2">
        <w:rPr>
          <w:rFonts w:ascii="Times New Roman" w:hAnsi="Times New Roman" w:cs="Times New Roman"/>
          <w:sz w:val="28"/>
          <w:szCs w:val="28"/>
          <w:lang w:val="es-ES"/>
        </w:rPr>
        <w:t>ordre</w:t>
      </w:r>
      <w:proofErr w:type="spellEnd"/>
      <w:r w:rsidRPr="00543AB2">
        <w:rPr>
          <w:rFonts w:ascii="Times New Roman" w:hAnsi="Times New Roman" w:cs="Times New Roman"/>
          <w:sz w:val="28"/>
          <w:szCs w:val="28"/>
          <w:lang w:val="es-ES"/>
        </w:rPr>
        <w:t xml:space="preserve"> </w:t>
      </w:r>
      <w:proofErr w:type="spellStart"/>
      <w:r w:rsidRPr="00543AB2">
        <w:rPr>
          <w:rFonts w:ascii="Times New Roman" w:hAnsi="Times New Roman" w:cs="Times New Roman"/>
          <w:sz w:val="28"/>
          <w:szCs w:val="28"/>
          <w:lang w:val="es-ES"/>
        </w:rPr>
        <w:t>alphabétique</w:t>
      </w:r>
      <w:proofErr w:type="spellEnd"/>
      <w:r w:rsidRPr="00543AB2">
        <w:rPr>
          <w:rFonts w:ascii="Times New Roman" w:hAnsi="Times New Roman" w:cs="Times New Roman"/>
          <w:sz w:val="28"/>
          <w:szCs w:val="28"/>
          <w:lang w:val="es-ES"/>
        </w:rPr>
        <w:t xml:space="preserve"> des </w:t>
      </w:r>
      <w:proofErr w:type="spellStart"/>
      <w:r w:rsidRPr="00543AB2">
        <w:rPr>
          <w:rFonts w:ascii="Times New Roman" w:hAnsi="Times New Roman" w:cs="Times New Roman"/>
          <w:sz w:val="28"/>
          <w:szCs w:val="28"/>
          <w:lang w:val="es-ES"/>
        </w:rPr>
        <w:t>auteurs</w:t>
      </w:r>
      <w:proofErr w:type="spellEnd"/>
      <w:r w:rsidRPr="00543AB2">
        <w:rPr>
          <w:rFonts w:ascii="Times New Roman" w:hAnsi="Times New Roman" w:cs="Times New Roman"/>
          <w:sz w:val="28"/>
          <w:szCs w:val="28"/>
          <w:lang w:val="es-ES"/>
        </w:rPr>
        <w:t xml:space="preserve"> et conformément aux normes du Manuel de </w:t>
      </w:r>
      <w:proofErr w:type="spellStart"/>
      <w:r w:rsidRPr="00543AB2">
        <w:rPr>
          <w:rFonts w:ascii="Times New Roman" w:hAnsi="Times New Roman" w:cs="Times New Roman"/>
          <w:sz w:val="28"/>
          <w:szCs w:val="28"/>
          <w:lang w:val="es-ES"/>
        </w:rPr>
        <w:t>publication</w:t>
      </w:r>
      <w:proofErr w:type="spellEnd"/>
      <w:r w:rsidRPr="00543AB2">
        <w:rPr>
          <w:rFonts w:ascii="Times New Roman" w:hAnsi="Times New Roman" w:cs="Times New Roman"/>
          <w:sz w:val="28"/>
          <w:szCs w:val="28"/>
          <w:lang w:val="es-ES"/>
        </w:rPr>
        <w:t xml:space="preserve"> de </w:t>
      </w:r>
      <w:proofErr w:type="spellStart"/>
      <w:r w:rsidRPr="00543AB2">
        <w:rPr>
          <w:rFonts w:ascii="Times New Roman" w:hAnsi="Times New Roman" w:cs="Times New Roman"/>
          <w:sz w:val="28"/>
          <w:szCs w:val="28"/>
          <w:lang w:val="es-ES"/>
        </w:rPr>
        <w:t>l’APA</w:t>
      </w:r>
      <w:proofErr w:type="spellEnd"/>
      <w:r w:rsidRPr="00543AB2">
        <w:rPr>
          <w:rFonts w:ascii="Times New Roman" w:hAnsi="Times New Roman" w:cs="Times New Roman"/>
          <w:sz w:val="28"/>
          <w:szCs w:val="28"/>
          <w:lang w:val="es-ES"/>
        </w:rPr>
        <w:t xml:space="preserve">, 7e </w:t>
      </w:r>
      <w:proofErr w:type="spellStart"/>
      <w:r w:rsidRPr="00543AB2">
        <w:rPr>
          <w:rFonts w:ascii="Times New Roman" w:hAnsi="Times New Roman" w:cs="Times New Roman"/>
          <w:sz w:val="28"/>
          <w:szCs w:val="28"/>
          <w:lang w:val="es-ES"/>
        </w:rPr>
        <w:t>édition</w:t>
      </w:r>
      <w:proofErr w:type="spellEnd"/>
      <w:r w:rsidRPr="00543AB2">
        <w:rPr>
          <w:rFonts w:ascii="Times New Roman" w:hAnsi="Times New Roman" w:cs="Times New Roman"/>
          <w:sz w:val="28"/>
          <w:szCs w:val="28"/>
          <w:lang w:val="es-ES"/>
        </w:rPr>
        <w:t>.</w:t>
      </w:r>
    </w:p>
    <w:p w14:paraId="108DBB45" w14:textId="77777777" w:rsidR="00386F09" w:rsidRPr="00543AB2" w:rsidRDefault="00000000">
      <w:pPr>
        <w:spacing w:before="200" w:after="100"/>
        <w:rPr>
          <w:rFonts w:ascii="Times New Roman" w:hAnsi="Times New Roman" w:cs="Times New Roman"/>
          <w:sz w:val="28"/>
          <w:szCs w:val="28"/>
        </w:rPr>
      </w:pPr>
      <w:r w:rsidRPr="00543AB2">
        <w:rPr>
          <w:rFonts w:ascii="Times New Roman" w:hAnsi="Times New Roman" w:cs="Times New Roman"/>
          <w:b/>
          <w:color w:val="17365D"/>
          <w:sz w:val="28"/>
          <w:szCs w:val="28"/>
        </w:rPr>
        <w:t>STRUCTURE RECOMMANDÉE DU MANUSCRIT — SCIENTIA-VAN</w:t>
      </w:r>
    </w:p>
    <w:p w14:paraId="2855FD24" w14:textId="77777777" w:rsidR="00386F09" w:rsidRPr="00543AB2" w:rsidRDefault="00000000">
      <w:pPr>
        <w:jc w:val="both"/>
        <w:rPr>
          <w:rFonts w:ascii="Times New Roman" w:hAnsi="Times New Roman" w:cs="Times New Roman"/>
          <w:sz w:val="28"/>
          <w:szCs w:val="28"/>
        </w:rPr>
      </w:pPr>
      <w:r w:rsidRPr="00543AB2">
        <w:rPr>
          <w:rFonts w:ascii="Times New Roman" w:hAnsi="Times New Roman" w:cs="Times New Roman"/>
          <w:sz w:val="28"/>
          <w:szCs w:val="28"/>
        </w:rPr>
        <w:t>Titre en français • Identification de l’auteur/des auteurs • ORCID • Courriel • Affiliation • Pays/Ville • Résumé • Mots-clés • Titre en anglais • Abstract • Keywords • Introduction • Matériels et méthodes • Résultats • Discussion • Conclusions, si nécessaire • Références bibliographiques.</w:t>
      </w:r>
    </w:p>
    <w:sectPr w:rsidR="00386F09" w:rsidRPr="00543AB2" w:rsidSect="008F17FE">
      <w:headerReference w:type="even" r:id="rId11"/>
      <w:headerReference w:type="default" r:id="rId12"/>
      <w:footerReference w:type="even" r:id="rId13"/>
      <w:footerReference w:type="default" r:id="rId14"/>
      <w:headerReference w:type="first" r:id="rId15"/>
      <w:footerReference w:type="first" r:id="rId16"/>
      <w:pgSz w:w="12240" w:h="15840"/>
      <w:pgMar w:top="1080" w:right="1440" w:bottom="108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E790A" w14:textId="77777777" w:rsidR="00E24925" w:rsidRDefault="00E24925">
      <w:pPr>
        <w:spacing w:after="0" w:line="240" w:lineRule="auto"/>
      </w:pPr>
      <w:r>
        <w:separator/>
      </w:r>
    </w:p>
  </w:endnote>
  <w:endnote w:type="continuationSeparator" w:id="0">
    <w:p w14:paraId="2CC0CB3D" w14:textId="77777777" w:rsidR="00E24925" w:rsidRDefault="00E249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B09B6" w14:textId="77777777" w:rsidR="008F17FE" w:rsidRDefault="008F17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66FB2" w14:textId="4E25375B" w:rsidR="00386F09" w:rsidRPr="00543AB2" w:rsidRDefault="00000000">
    <w:pPr>
      <w:pStyle w:val="Footer"/>
      <w:jc w:val="center"/>
      <w:rPr>
        <w:rFonts w:ascii="Times New Roman" w:hAnsi="Times New Roman" w:cs="Times New Roman"/>
        <w:b/>
        <w:bCs/>
        <w:sz w:val="24"/>
        <w:szCs w:val="24"/>
      </w:rPr>
    </w:pPr>
    <w:r w:rsidRPr="00543AB2">
      <w:rPr>
        <w:rFonts w:ascii="Times New Roman" w:hAnsi="Times New Roman" w:cs="Times New Roman"/>
        <w:b/>
        <w:bCs/>
        <w:color w:val="646464"/>
        <w:sz w:val="24"/>
        <w:szCs w:val="24"/>
      </w:rPr>
      <w:t>SCIENTIA-</w:t>
    </w:r>
    <w:proofErr w:type="gramStart"/>
    <w:r w:rsidRPr="00543AB2">
      <w:rPr>
        <w:rFonts w:ascii="Times New Roman" w:hAnsi="Times New Roman" w:cs="Times New Roman"/>
        <w:b/>
        <w:bCs/>
        <w:color w:val="646464"/>
        <w:sz w:val="24"/>
        <w:szCs w:val="24"/>
      </w:rPr>
      <w:t>VAN  •</w:t>
    </w:r>
    <w:proofErr w:type="gramEnd"/>
    <w:r w:rsidRPr="00543AB2">
      <w:rPr>
        <w:rFonts w:ascii="Times New Roman" w:hAnsi="Times New Roman" w:cs="Times New Roman"/>
        <w:b/>
        <w:bCs/>
        <w:color w:val="646464"/>
        <w:sz w:val="24"/>
        <w:szCs w:val="24"/>
      </w:rPr>
      <w:t xml:space="preserve">  </w:t>
    </w:r>
    <w:proofErr w:type="spellStart"/>
    <w:r w:rsidR="00543AB2">
      <w:rPr>
        <w:rFonts w:ascii="Times New Roman" w:hAnsi="Times New Roman" w:cs="Times New Roman"/>
        <w:b/>
        <w:bCs/>
        <w:color w:val="646464"/>
        <w:sz w:val="24"/>
        <w:szCs w:val="24"/>
      </w:rPr>
      <w:t>Canevas</w:t>
    </w:r>
    <w:proofErr w:type="spellEnd"/>
    <w:r w:rsidR="00543AB2">
      <w:rPr>
        <w:rFonts w:ascii="Times New Roman" w:hAnsi="Times New Roman" w:cs="Times New Roman"/>
        <w:b/>
        <w:bCs/>
        <w:color w:val="646464"/>
        <w:sz w:val="24"/>
        <w:szCs w:val="24"/>
      </w:rPr>
      <w:t xml:space="preserve"> </w:t>
    </w:r>
    <w:proofErr w:type="spellStart"/>
    <w:r w:rsidRPr="00543AB2">
      <w:rPr>
        <w:rFonts w:ascii="Times New Roman" w:hAnsi="Times New Roman" w:cs="Times New Roman"/>
        <w:b/>
        <w:bCs/>
        <w:color w:val="646464"/>
        <w:sz w:val="24"/>
        <w:szCs w:val="24"/>
      </w:rPr>
      <w:t>officiel</w:t>
    </w:r>
    <w:proofErr w:type="spellEnd"/>
    <w:r w:rsidRPr="00543AB2">
      <w:rPr>
        <w:rFonts w:ascii="Times New Roman" w:hAnsi="Times New Roman" w:cs="Times New Roman"/>
        <w:b/>
        <w:bCs/>
        <w:color w:val="646464"/>
        <w:sz w:val="24"/>
        <w:szCs w:val="24"/>
      </w:rPr>
      <w:t xml:space="preserve"> </w:t>
    </w:r>
    <w:proofErr w:type="spellStart"/>
    <w:r w:rsidRPr="00543AB2">
      <w:rPr>
        <w:rFonts w:ascii="Times New Roman" w:hAnsi="Times New Roman" w:cs="Times New Roman"/>
        <w:b/>
        <w:bCs/>
        <w:color w:val="646464"/>
        <w:sz w:val="24"/>
        <w:szCs w:val="24"/>
      </w:rPr>
      <w:t>d’article</w:t>
    </w:r>
    <w:proofErr w:type="spellEnd"/>
    <w:r w:rsidRPr="00543AB2">
      <w:rPr>
        <w:rFonts w:ascii="Times New Roman" w:hAnsi="Times New Roman" w:cs="Times New Roman"/>
        <w:b/>
        <w:bCs/>
        <w:color w:val="646464"/>
        <w:sz w:val="24"/>
        <w:szCs w:val="24"/>
      </w:rPr>
      <w:t xml:space="preserve"> </w:t>
    </w:r>
    <w:proofErr w:type="spellStart"/>
    <w:r w:rsidRPr="00543AB2">
      <w:rPr>
        <w:rFonts w:ascii="Times New Roman" w:hAnsi="Times New Roman" w:cs="Times New Roman"/>
        <w:b/>
        <w:bCs/>
        <w:color w:val="646464"/>
        <w:sz w:val="24"/>
        <w:szCs w:val="24"/>
      </w:rPr>
      <w:t>scientifique</w:t>
    </w:r>
    <w:proofErr w:type="spellEnd"/>
    <w:r w:rsidRPr="00543AB2">
      <w:rPr>
        <w:rFonts w:ascii="Times New Roman" w:hAnsi="Times New Roman" w:cs="Times New Roman"/>
        <w:b/>
        <w:bCs/>
        <w:color w:val="646464"/>
        <w:sz w:val="24"/>
        <w:szCs w:val="24"/>
      </w:rPr>
      <w:t xml:space="preserve">  •  </w:t>
    </w:r>
    <w:r w:rsidRPr="00543AB2">
      <w:rPr>
        <w:rFonts w:ascii="Times New Roman" w:hAnsi="Times New Roman" w:cs="Times New Roman"/>
        <w:b/>
        <w:bCs/>
        <w:sz w:val="24"/>
        <w:szCs w:val="24"/>
      </w:rPr>
      <w:fldChar w:fldCharType="begin"/>
    </w:r>
    <w:r w:rsidRPr="00543AB2">
      <w:rPr>
        <w:rFonts w:ascii="Times New Roman" w:hAnsi="Times New Roman" w:cs="Times New Roman"/>
        <w:b/>
        <w:bCs/>
        <w:sz w:val="24"/>
        <w:szCs w:val="24"/>
      </w:rPr>
      <w:instrText>PAGE</w:instrText>
    </w:r>
    <w:r w:rsidRPr="00543AB2">
      <w:rPr>
        <w:rFonts w:ascii="Times New Roman" w:hAnsi="Times New Roman" w:cs="Times New Roman"/>
        <w:b/>
        <w:bCs/>
        <w:sz w:val="24"/>
        <w:szCs w:val="24"/>
      </w:rPr>
      <w:fldChar w:fldCharType="separate"/>
    </w:r>
    <w:r w:rsidR="00543AB2" w:rsidRPr="00543AB2">
      <w:rPr>
        <w:rFonts w:ascii="Times New Roman" w:hAnsi="Times New Roman" w:cs="Times New Roman"/>
        <w:b/>
        <w:bCs/>
        <w:noProof/>
        <w:sz w:val="24"/>
        <w:szCs w:val="24"/>
      </w:rPr>
      <w:t>1</w:t>
    </w:r>
    <w:r w:rsidRPr="00543AB2">
      <w:rPr>
        <w:rFonts w:ascii="Times New Roman" w:hAnsi="Times New Roman" w:cs="Times New Roman"/>
        <w:b/>
        <w:bCs/>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F07A4" w14:textId="77777777" w:rsidR="008F17FE" w:rsidRDefault="008F17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15A40" w14:textId="77777777" w:rsidR="00E24925" w:rsidRDefault="00E24925">
      <w:pPr>
        <w:spacing w:after="0" w:line="240" w:lineRule="auto"/>
      </w:pPr>
      <w:r>
        <w:separator/>
      </w:r>
    </w:p>
  </w:footnote>
  <w:footnote w:type="continuationSeparator" w:id="0">
    <w:p w14:paraId="16E4D9FB" w14:textId="77777777" w:rsidR="00E24925" w:rsidRDefault="00E249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58B56" w14:textId="77777777" w:rsidR="008F17FE" w:rsidRDefault="008F17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E464A" w14:textId="77777777" w:rsidR="00386F09" w:rsidRPr="00543AB2" w:rsidRDefault="00000000">
    <w:pPr>
      <w:pStyle w:val="Header"/>
      <w:pBdr>
        <w:bottom w:val="single" w:sz="10" w:space="1" w:color="17365D"/>
      </w:pBdr>
      <w:spacing w:after="80"/>
      <w:jc w:val="center"/>
      <w:rPr>
        <w:rFonts w:ascii="Times New Roman" w:hAnsi="Times New Roman" w:cs="Times New Roman"/>
        <w:sz w:val="32"/>
        <w:szCs w:val="32"/>
        <w:lang w:val="es-ES"/>
      </w:rPr>
    </w:pPr>
    <w:r w:rsidRPr="00543AB2">
      <w:rPr>
        <w:rFonts w:ascii="Times New Roman" w:hAnsi="Times New Roman" w:cs="Times New Roman"/>
        <w:b/>
        <w:color w:val="17365D"/>
        <w:sz w:val="40"/>
        <w:szCs w:val="40"/>
        <w:lang w:val="es-ES"/>
      </w:rPr>
      <w:t>SCIENTIA-VAN</w:t>
    </w:r>
    <w:r w:rsidRPr="00543AB2">
      <w:rPr>
        <w:rFonts w:ascii="Times New Roman" w:hAnsi="Times New Roman" w:cs="Times New Roman"/>
        <w:color w:val="464646"/>
        <w:sz w:val="32"/>
        <w:szCs w:val="32"/>
        <w:lang w:val="es-ES"/>
      </w:rPr>
      <w:br/>
    </w:r>
    <w:proofErr w:type="spellStart"/>
    <w:r w:rsidRPr="00543AB2">
      <w:rPr>
        <w:rFonts w:ascii="Times New Roman" w:hAnsi="Times New Roman" w:cs="Times New Roman"/>
        <w:color w:val="464646"/>
        <w:sz w:val="32"/>
        <w:szCs w:val="32"/>
        <w:lang w:val="es-ES"/>
      </w:rPr>
      <w:t>Revue</w:t>
    </w:r>
    <w:proofErr w:type="spellEnd"/>
    <w:r w:rsidRPr="00543AB2">
      <w:rPr>
        <w:rFonts w:ascii="Times New Roman" w:hAnsi="Times New Roman" w:cs="Times New Roman"/>
        <w:color w:val="464646"/>
        <w:sz w:val="32"/>
        <w:szCs w:val="32"/>
        <w:lang w:val="es-ES"/>
      </w:rPr>
      <w:t xml:space="preserve"> </w:t>
    </w:r>
    <w:proofErr w:type="spellStart"/>
    <w:r w:rsidRPr="00543AB2">
      <w:rPr>
        <w:rFonts w:ascii="Times New Roman" w:hAnsi="Times New Roman" w:cs="Times New Roman"/>
        <w:color w:val="464646"/>
        <w:sz w:val="32"/>
        <w:szCs w:val="32"/>
        <w:lang w:val="es-ES"/>
      </w:rPr>
      <w:t>Internationale</w:t>
    </w:r>
    <w:proofErr w:type="spellEnd"/>
    <w:r w:rsidRPr="00543AB2">
      <w:rPr>
        <w:rFonts w:ascii="Times New Roman" w:hAnsi="Times New Roman" w:cs="Times New Roman"/>
        <w:color w:val="464646"/>
        <w:sz w:val="32"/>
        <w:szCs w:val="32"/>
        <w:lang w:val="es-ES"/>
      </w:rPr>
      <w:t xml:space="preserve"> des </w:t>
    </w:r>
    <w:proofErr w:type="spellStart"/>
    <w:r w:rsidRPr="00543AB2">
      <w:rPr>
        <w:rFonts w:ascii="Times New Roman" w:hAnsi="Times New Roman" w:cs="Times New Roman"/>
        <w:color w:val="464646"/>
        <w:sz w:val="32"/>
        <w:szCs w:val="32"/>
        <w:lang w:val="es-ES"/>
      </w:rPr>
      <w:t>Sciences</w:t>
    </w:r>
    <w:proofErr w:type="spellEnd"/>
    <w:r w:rsidRPr="00543AB2">
      <w:rPr>
        <w:rFonts w:ascii="Times New Roman" w:hAnsi="Times New Roman" w:cs="Times New Roman"/>
        <w:color w:val="464646"/>
        <w:sz w:val="32"/>
        <w:szCs w:val="32"/>
        <w:lang w:val="es-ES"/>
      </w:rPr>
      <w:t xml:space="preserve"> et de la </w:t>
    </w:r>
    <w:proofErr w:type="spellStart"/>
    <w:r w:rsidRPr="00543AB2">
      <w:rPr>
        <w:rFonts w:ascii="Times New Roman" w:hAnsi="Times New Roman" w:cs="Times New Roman"/>
        <w:color w:val="464646"/>
        <w:sz w:val="32"/>
        <w:szCs w:val="32"/>
        <w:lang w:val="es-ES"/>
      </w:rPr>
      <w:t>Recherche</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1E027" w14:textId="77777777" w:rsidR="008F17FE" w:rsidRDefault="008F17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67854395">
    <w:abstractNumId w:val="8"/>
  </w:num>
  <w:num w:numId="2" w16cid:durableId="638462727">
    <w:abstractNumId w:val="6"/>
  </w:num>
  <w:num w:numId="3" w16cid:durableId="271132276">
    <w:abstractNumId w:val="5"/>
  </w:num>
  <w:num w:numId="4" w16cid:durableId="101996809">
    <w:abstractNumId w:val="4"/>
  </w:num>
  <w:num w:numId="5" w16cid:durableId="966426305">
    <w:abstractNumId w:val="7"/>
  </w:num>
  <w:num w:numId="6" w16cid:durableId="1625967139">
    <w:abstractNumId w:val="3"/>
  </w:num>
  <w:num w:numId="7" w16cid:durableId="2087916901">
    <w:abstractNumId w:val="2"/>
  </w:num>
  <w:num w:numId="8" w16cid:durableId="1330869801">
    <w:abstractNumId w:val="1"/>
  </w:num>
  <w:num w:numId="9" w16cid:durableId="8875669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386F09"/>
    <w:rsid w:val="00543AB2"/>
    <w:rsid w:val="008F17FE"/>
    <w:rsid w:val="00AA1D8D"/>
    <w:rsid w:val="00B47730"/>
    <w:rsid w:val="00CB0664"/>
    <w:rsid w:val="00D50955"/>
    <w:rsid w:val="00E2492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843B1E"/>
  <w14:defaultImageDpi w14:val="300"/>
  <w15:docId w15:val="{06970F0D-AA1E-4594-AC89-142C58B16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Aptos" w:hAnsi="Aptos"/>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7365D"/>
      <w:sz w:val="2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17365D"/>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NoSpacingChar">
    <w:name w:val="No Spacing Char"/>
    <w:basedOn w:val="DefaultParagraphFont"/>
    <w:link w:val="NoSpacing"/>
    <w:uiPriority w:val="1"/>
    <w:rsid w:val="008F17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ACF4FC4A331491B9262A2ADACB0FEA2"/>
        <w:category>
          <w:name w:val="General"/>
          <w:gallery w:val="placeholder"/>
        </w:category>
        <w:types>
          <w:type w:val="bbPlcHdr"/>
        </w:types>
        <w:behaviors>
          <w:behavior w:val="content"/>
        </w:behaviors>
        <w:guid w:val="{87AABCB9-FA85-4241-B4F4-A6FFDBA0F2F3}"/>
      </w:docPartPr>
      <w:docPartBody>
        <w:p w:rsidR="00000000" w:rsidRDefault="007075D1" w:rsidP="007075D1">
          <w:pPr>
            <w:pStyle w:val="DACF4FC4A331491B9262A2ADACB0FEA2"/>
          </w:pPr>
          <w:r>
            <w:rPr>
              <w:rFonts w:asciiTheme="majorHAnsi" w:eastAsiaTheme="majorEastAsia" w:hAnsiTheme="majorHAnsi" w:cstheme="majorBidi"/>
              <w:caps/>
              <w:color w:val="156082" w:themeColor="accent1"/>
              <w:sz w:val="80"/>
              <w:szCs w:val="80"/>
            </w:rPr>
            <w:t>[Document title]</w:t>
          </w:r>
        </w:p>
      </w:docPartBody>
    </w:docPart>
    <w:docPart>
      <w:docPartPr>
        <w:name w:val="1C33453DBFDE4DDAB5F6D1D2C7DA1EAD"/>
        <w:category>
          <w:name w:val="General"/>
          <w:gallery w:val="placeholder"/>
        </w:category>
        <w:types>
          <w:type w:val="bbPlcHdr"/>
        </w:types>
        <w:behaviors>
          <w:behavior w:val="content"/>
        </w:behaviors>
        <w:guid w:val="{77CA530F-A6C6-428A-AFDC-B20527F52086}"/>
      </w:docPartPr>
      <w:docPartBody>
        <w:p w:rsidR="00000000" w:rsidRDefault="007075D1" w:rsidP="007075D1">
          <w:pPr>
            <w:pStyle w:val="1C33453DBFDE4DDAB5F6D1D2C7DA1EAD"/>
          </w:pPr>
          <w:r>
            <w:rPr>
              <w:color w:val="156082"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5D1"/>
    <w:rsid w:val="0038345C"/>
    <w:rsid w:val="007075D1"/>
    <w:rsid w:val="00D5095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ACF4FC4A331491B9262A2ADACB0FEA2">
    <w:name w:val="DACF4FC4A331491B9262A2ADACB0FEA2"/>
    <w:rsid w:val="007075D1"/>
  </w:style>
  <w:style w:type="paragraph" w:customStyle="1" w:styleId="1C33453DBFDE4DDAB5F6D1D2C7DA1EAD">
    <w:name w:val="1C33453DBFDE4DDAB5F6D1D2C7DA1EAD"/>
    <w:rsid w:val="007075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928</Words>
  <Characters>5290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Modèle d’article scientifique — SCIENTIA-VAN</vt:lpstr>
    </vt:vector>
  </TitlesOfParts>
  <Manager/>
  <Company/>
  <LinksUpToDate>false</LinksUpToDate>
  <CharactersWithSpaces>6206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d’article scientifique — SCIENTIA-VAN</dc:title>
  <dc:subject>Revue Internationale des Sciences et de la Recherche</dc:subject>
  <dc:creator>SCIENTIA-VAN</dc:creator>
  <cp:keywords/>
  <dc:description>generated by python-docx</dc:description>
  <cp:lastModifiedBy>Frantz Gregory Ruben Charles</cp:lastModifiedBy>
  <cp:revision>2</cp:revision>
  <dcterms:created xsi:type="dcterms:W3CDTF">2026-09-05T12:38:00Z</dcterms:created>
  <dcterms:modified xsi:type="dcterms:W3CDTF">2026-09-05T12:38:00Z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42d42abb-1c4a-486d-97f6-1695b93ab979</vt:lpwstr>
  </property>
</Properties>
</file>